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576A5" w:rsidR="00F52036" w:rsidRDefault="003D1905" w14:paraId="14F9D718" w14:textId="77777777">
      <w:pPr>
        <w:pStyle w:val="FormTitle"/>
        <w:rPr>
          <w:lang w:val="nl-NL"/>
        </w:rPr>
      </w:pPr>
      <w:r w:rsidRPr="005576A5">
        <w:rPr>
          <w:lang w:val="nl-NL"/>
        </w:rPr>
        <w:t>Aanvraag schoolverlof</w:t>
      </w:r>
    </w:p>
    <w:p w:rsidRPr="005576A5" w:rsidR="00F52036" w:rsidRDefault="003D1905" w14:paraId="4FBD74E8" w14:textId="77777777">
      <w:pPr>
        <w:spacing w:after="160"/>
        <w:rPr>
          <w:lang w:val="nl-NL"/>
        </w:rPr>
      </w:pPr>
      <w:r w:rsidRPr="005576A5">
        <w:rPr>
          <w:b/>
          <w:color w:val="2F6B8A"/>
          <w:sz w:val="22"/>
          <w:lang w:val="nl-NL"/>
        </w:rPr>
        <w:t>Formulier vrijstelling van geregeld schoolbezoek</w:t>
      </w:r>
      <w:r w:rsidRPr="005576A5">
        <w:rPr>
          <w:sz w:val="18"/>
          <w:lang w:val="nl-NL"/>
        </w:rPr>
        <w:br/>
      </w:r>
      <w:r w:rsidRPr="005576A5">
        <w:rPr>
          <w:sz w:val="18"/>
          <w:lang w:val="nl-NL"/>
        </w:rPr>
        <w:t>Artikel 11 onder f of artikel 11 onder g van de Leerplichtwet 1969.</w:t>
      </w:r>
    </w:p>
    <w:tbl>
      <w:tblPr>
        <w:tblW w:w="0" w:type="auto"/>
        <w:tblLook w:val="04A0" w:firstRow="1" w:lastRow="0" w:firstColumn="1" w:lastColumn="0" w:noHBand="0" w:noVBand="1"/>
      </w:tblPr>
      <w:tblGrid>
        <w:gridCol w:w="10312"/>
      </w:tblGrid>
      <w:tr w:rsidR="00F52036" w14:paraId="135E2F20" w14:textId="77777777">
        <w:tc>
          <w:tcPr>
            <w:tcW w:w="10312" w:type="dxa"/>
            <w:shd w:val="clear" w:color="auto" w:fill="EEF4F7"/>
            <w:tcMar>
              <w:top w:w="120" w:type="dxa"/>
              <w:left w:w="140" w:type="dxa"/>
              <w:bottom w:w="120" w:type="dxa"/>
              <w:right w:w="140" w:type="dxa"/>
            </w:tcMar>
          </w:tcPr>
          <w:p w:rsidR="00F52036" w:rsidRDefault="003D1905" w14:paraId="323AC32C" w14:textId="77777777">
            <w:r w:rsidRPr="005576A5">
              <w:rPr>
                <w:b/>
                <w:color w:val="243B53"/>
                <w:lang w:val="nl-NL"/>
              </w:rPr>
              <w:t>Voor ouders/verzorgers</w:t>
            </w:r>
            <w:r w:rsidRPr="005576A5">
              <w:rPr>
                <w:b/>
                <w:color w:val="243B53"/>
                <w:lang w:val="nl-NL"/>
              </w:rPr>
              <w:br/>
            </w:r>
            <w:r w:rsidRPr="005576A5">
              <w:rPr>
                <w:lang w:val="nl-NL"/>
              </w:rPr>
              <w:t xml:space="preserve">Vul dit formulier digitaal in of print het uit en schrijf duidelijk. Dien de aanvraag zo mogelijk acht weken vóór de gewenste verlofperiode in bij de directeur. </w:t>
            </w:r>
            <w:r>
              <w:t>Voeg waar nodig bewijsstukken toe.</w:t>
            </w:r>
          </w:p>
        </w:tc>
      </w:tr>
    </w:tbl>
    <w:p w:rsidR="00F52036" w:rsidRDefault="00F52036" w14:paraId="1F42A4AF" w14:textId="77777777">
      <w:pPr>
        <w:spacing w:after="20"/>
      </w:pPr>
    </w:p>
    <w:p w:rsidR="00F52036" w:rsidRDefault="003D1905" w14:paraId="5AB4A10B" w14:textId="77777777">
      <w:pPr>
        <w:pStyle w:val="SectionHead"/>
        <w:keepNext/>
      </w:pPr>
      <w:r>
        <w:t>1  Gegevens ouder/verzorger</w:t>
      </w:r>
    </w:p>
    <w:tbl>
      <w:tblPr>
        <w:tblW w:w="0" w:type="auto"/>
        <w:jc w:val="center"/>
        <w:tblLayout w:type="fixed"/>
        <w:tblLook w:val="04A0" w:firstRow="1" w:lastRow="0" w:firstColumn="1" w:lastColumn="0" w:noHBand="0" w:noVBand="1"/>
      </w:tblPr>
      <w:tblGrid>
        <w:gridCol w:w="3118"/>
        <w:gridCol w:w="6803"/>
      </w:tblGrid>
      <w:tr w:rsidR="00F52036" w14:paraId="1A86AF70" w14:textId="77777777">
        <w:trPr>
          <w:cantSplit/>
          <w:jc w:val="center"/>
        </w:trPr>
        <w:tc>
          <w:tcPr>
            <w:tcW w:w="3118" w:type="dxa"/>
            <w:tcBorders>
              <w:bottom w:val="single" w:color="B8C4CC" w:sz="4" w:space="0"/>
            </w:tcBorders>
            <w:tcMar>
              <w:top w:w="80" w:type="dxa"/>
              <w:left w:w="100" w:type="dxa"/>
              <w:bottom w:w="80" w:type="dxa"/>
              <w:right w:w="100" w:type="dxa"/>
            </w:tcMar>
            <w:vAlign w:val="center"/>
          </w:tcPr>
          <w:p w:rsidR="00F52036" w:rsidRDefault="003D1905" w14:paraId="5E930A2C" w14:textId="77777777">
            <w:r>
              <w:rPr>
                <w:b/>
                <w:color w:val="5B6770"/>
              </w:rPr>
              <w:t>Achternaam</w:t>
            </w:r>
          </w:p>
        </w:tc>
        <w:tc>
          <w:tcPr>
            <w:tcW w:w="6803" w:type="dxa"/>
            <w:tcBorders>
              <w:bottom w:val="single" w:color="B8C4CC" w:sz="4" w:space="0"/>
            </w:tcBorders>
            <w:shd w:val="clear" w:color="auto" w:fill="F7F9FA"/>
            <w:tcMar>
              <w:top w:w="80" w:type="dxa"/>
              <w:left w:w="100" w:type="dxa"/>
              <w:bottom w:w="80" w:type="dxa"/>
              <w:right w:w="100" w:type="dxa"/>
            </w:tcMar>
            <w:vAlign w:val="center"/>
          </w:tcPr>
          <w:p w:rsidR="00A20E4F" w:rsidRDefault="00A20E4F" w14:paraId="49FA1865" w14:textId="77777777"/>
        </w:tc>
      </w:tr>
      <w:tr w:rsidR="00F52036" w14:paraId="63ABB477" w14:textId="77777777">
        <w:trPr>
          <w:cantSplit/>
          <w:jc w:val="center"/>
        </w:trPr>
        <w:tc>
          <w:tcPr>
            <w:tcW w:w="3118" w:type="dxa"/>
            <w:tcBorders>
              <w:bottom w:val="single" w:color="B8C4CC" w:sz="4" w:space="0"/>
            </w:tcBorders>
            <w:tcMar>
              <w:top w:w="80" w:type="dxa"/>
              <w:left w:w="100" w:type="dxa"/>
              <w:bottom w:w="80" w:type="dxa"/>
              <w:right w:w="100" w:type="dxa"/>
            </w:tcMar>
            <w:vAlign w:val="center"/>
          </w:tcPr>
          <w:p w:rsidR="00F52036" w:rsidRDefault="003D1905" w14:paraId="3C051FDF" w14:textId="77777777">
            <w:r>
              <w:rPr>
                <w:b/>
                <w:color w:val="5B6770"/>
              </w:rPr>
              <w:t>Voorletters / voornaam</w:t>
            </w:r>
          </w:p>
        </w:tc>
        <w:tc>
          <w:tcPr>
            <w:tcW w:w="6803" w:type="dxa"/>
            <w:tcBorders>
              <w:bottom w:val="single" w:color="B8C4CC" w:sz="4" w:space="0"/>
            </w:tcBorders>
            <w:shd w:val="clear" w:color="auto" w:fill="F7F9FA"/>
            <w:tcMar>
              <w:top w:w="80" w:type="dxa"/>
              <w:left w:w="100" w:type="dxa"/>
              <w:bottom w:w="80" w:type="dxa"/>
              <w:right w:w="100" w:type="dxa"/>
            </w:tcMar>
            <w:vAlign w:val="center"/>
          </w:tcPr>
          <w:p w:rsidR="00A20E4F" w:rsidRDefault="00A20E4F" w14:paraId="2BA49317" w14:textId="77777777"/>
        </w:tc>
      </w:tr>
      <w:tr w:rsidR="00F52036" w14:paraId="2ECE1F06" w14:textId="77777777">
        <w:trPr>
          <w:cantSplit/>
          <w:jc w:val="center"/>
        </w:trPr>
        <w:tc>
          <w:tcPr>
            <w:tcW w:w="3118" w:type="dxa"/>
            <w:tcBorders>
              <w:bottom w:val="single" w:color="B8C4CC" w:sz="4" w:space="0"/>
            </w:tcBorders>
            <w:tcMar>
              <w:top w:w="80" w:type="dxa"/>
              <w:left w:w="100" w:type="dxa"/>
              <w:bottom w:w="80" w:type="dxa"/>
              <w:right w:w="100" w:type="dxa"/>
            </w:tcMar>
            <w:vAlign w:val="center"/>
          </w:tcPr>
          <w:p w:rsidR="00F52036" w:rsidRDefault="003D1905" w14:paraId="4D3734A3" w14:textId="77777777">
            <w:r>
              <w:rPr>
                <w:b/>
                <w:color w:val="5B6770"/>
              </w:rPr>
              <w:t>Adres</w:t>
            </w:r>
          </w:p>
        </w:tc>
        <w:tc>
          <w:tcPr>
            <w:tcW w:w="6803" w:type="dxa"/>
            <w:tcBorders>
              <w:bottom w:val="single" w:color="B8C4CC" w:sz="4" w:space="0"/>
            </w:tcBorders>
            <w:shd w:val="clear" w:color="auto" w:fill="F7F9FA"/>
            <w:tcMar>
              <w:top w:w="80" w:type="dxa"/>
              <w:left w:w="100" w:type="dxa"/>
              <w:bottom w:w="80" w:type="dxa"/>
              <w:right w:w="100" w:type="dxa"/>
            </w:tcMar>
            <w:vAlign w:val="center"/>
          </w:tcPr>
          <w:p w:rsidR="00A20E4F" w:rsidRDefault="00A20E4F" w14:paraId="59EB3146" w14:textId="77777777"/>
        </w:tc>
      </w:tr>
      <w:tr w:rsidR="00F52036" w14:paraId="068AEAC2" w14:textId="77777777">
        <w:trPr>
          <w:cantSplit/>
          <w:jc w:val="center"/>
        </w:trPr>
        <w:tc>
          <w:tcPr>
            <w:tcW w:w="3118" w:type="dxa"/>
            <w:tcBorders>
              <w:bottom w:val="single" w:color="B8C4CC" w:sz="4" w:space="0"/>
            </w:tcBorders>
            <w:tcMar>
              <w:top w:w="80" w:type="dxa"/>
              <w:left w:w="100" w:type="dxa"/>
              <w:bottom w:w="80" w:type="dxa"/>
              <w:right w:w="100" w:type="dxa"/>
            </w:tcMar>
            <w:vAlign w:val="center"/>
          </w:tcPr>
          <w:p w:rsidR="00F52036" w:rsidRDefault="003D1905" w14:paraId="348905CB" w14:textId="77777777">
            <w:r>
              <w:rPr>
                <w:b/>
                <w:color w:val="5B6770"/>
              </w:rPr>
              <w:t>Postcode en woonplaats</w:t>
            </w:r>
          </w:p>
        </w:tc>
        <w:tc>
          <w:tcPr>
            <w:tcW w:w="6803" w:type="dxa"/>
            <w:tcBorders>
              <w:bottom w:val="single" w:color="B8C4CC" w:sz="4" w:space="0"/>
            </w:tcBorders>
            <w:shd w:val="clear" w:color="auto" w:fill="F7F9FA"/>
            <w:tcMar>
              <w:top w:w="80" w:type="dxa"/>
              <w:left w:w="100" w:type="dxa"/>
              <w:bottom w:w="80" w:type="dxa"/>
              <w:right w:w="100" w:type="dxa"/>
            </w:tcMar>
            <w:vAlign w:val="center"/>
          </w:tcPr>
          <w:p w:rsidR="00A20E4F" w:rsidRDefault="00A20E4F" w14:paraId="07B003B5" w14:textId="77777777"/>
        </w:tc>
      </w:tr>
      <w:tr w:rsidR="00F52036" w14:paraId="6799182B" w14:textId="77777777">
        <w:trPr>
          <w:cantSplit/>
          <w:jc w:val="center"/>
        </w:trPr>
        <w:tc>
          <w:tcPr>
            <w:tcW w:w="3118" w:type="dxa"/>
            <w:tcBorders>
              <w:bottom w:val="single" w:color="B8C4CC" w:sz="4" w:space="0"/>
            </w:tcBorders>
            <w:tcMar>
              <w:top w:w="80" w:type="dxa"/>
              <w:left w:w="100" w:type="dxa"/>
              <w:bottom w:w="80" w:type="dxa"/>
              <w:right w:w="100" w:type="dxa"/>
            </w:tcMar>
            <w:vAlign w:val="center"/>
          </w:tcPr>
          <w:p w:rsidR="00F52036" w:rsidRDefault="003D1905" w14:paraId="1A5CCA34" w14:textId="77777777">
            <w:r>
              <w:rPr>
                <w:b/>
                <w:color w:val="5B6770"/>
              </w:rPr>
              <w:t>Telefoonnummer</w:t>
            </w:r>
          </w:p>
        </w:tc>
        <w:tc>
          <w:tcPr>
            <w:tcW w:w="6803" w:type="dxa"/>
            <w:tcBorders>
              <w:bottom w:val="single" w:color="B8C4CC" w:sz="4" w:space="0"/>
            </w:tcBorders>
            <w:shd w:val="clear" w:color="auto" w:fill="F7F9FA"/>
            <w:tcMar>
              <w:top w:w="80" w:type="dxa"/>
              <w:left w:w="100" w:type="dxa"/>
              <w:bottom w:w="80" w:type="dxa"/>
              <w:right w:w="100" w:type="dxa"/>
            </w:tcMar>
            <w:vAlign w:val="center"/>
          </w:tcPr>
          <w:p w:rsidR="00A20E4F" w:rsidRDefault="00A20E4F" w14:paraId="74C5E96E" w14:textId="77777777"/>
        </w:tc>
      </w:tr>
      <w:tr w:rsidR="00F52036" w14:paraId="2E328321" w14:textId="77777777">
        <w:trPr>
          <w:cantSplit/>
          <w:jc w:val="center"/>
        </w:trPr>
        <w:tc>
          <w:tcPr>
            <w:tcW w:w="3118" w:type="dxa"/>
            <w:tcBorders>
              <w:bottom w:val="single" w:color="B8C4CC" w:sz="4" w:space="0"/>
            </w:tcBorders>
            <w:tcMar>
              <w:top w:w="80" w:type="dxa"/>
              <w:left w:w="100" w:type="dxa"/>
              <w:bottom w:w="80" w:type="dxa"/>
              <w:right w:w="100" w:type="dxa"/>
            </w:tcMar>
            <w:vAlign w:val="center"/>
          </w:tcPr>
          <w:p w:rsidR="00F52036" w:rsidRDefault="003D1905" w14:paraId="77412985" w14:textId="77777777">
            <w:r>
              <w:rPr>
                <w:b/>
                <w:color w:val="5B6770"/>
              </w:rPr>
              <w:t>E-mailadres</w:t>
            </w:r>
          </w:p>
        </w:tc>
        <w:tc>
          <w:tcPr>
            <w:tcW w:w="6803" w:type="dxa"/>
            <w:tcBorders>
              <w:bottom w:val="single" w:color="B8C4CC" w:sz="4" w:space="0"/>
            </w:tcBorders>
            <w:shd w:val="clear" w:color="auto" w:fill="F7F9FA"/>
            <w:tcMar>
              <w:top w:w="80" w:type="dxa"/>
              <w:left w:w="100" w:type="dxa"/>
              <w:bottom w:w="80" w:type="dxa"/>
              <w:right w:w="100" w:type="dxa"/>
            </w:tcMar>
            <w:vAlign w:val="center"/>
          </w:tcPr>
          <w:p w:rsidR="00A20E4F" w:rsidRDefault="00A20E4F" w14:paraId="19E2D5D8" w14:textId="77777777"/>
        </w:tc>
      </w:tr>
    </w:tbl>
    <w:p w:rsidR="00F52036" w:rsidRDefault="00F52036" w14:paraId="62DD63A6" w14:textId="77777777">
      <w:pPr>
        <w:spacing w:after="0"/>
      </w:pPr>
    </w:p>
    <w:p w:rsidR="00F52036" w:rsidRDefault="003D1905" w14:paraId="6244CF43" w14:textId="77777777">
      <w:pPr>
        <w:pStyle w:val="SectionHead"/>
        <w:keepNext/>
      </w:pPr>
      <w:r>
        <w:t>2  Gegevens leerling(en)</w:t>
      </w:r>
    </w:p>
    <w:tbl>
      <w:tblPr>
        <w:tblW w:w="0" w:type="auto"/>
        <w:jc w:val="center"/>
        <w:tblLayout w:type="fixed"/>
        <w:tblLook w:val="04A0" w:firstRow="1" w:lastRow="0" w:firstColumn="1" w:lastColumn="0" w:noHBand="0" w:noVBand="1"/>
      </w:tblPr>
      <w:tblGrid>
        <w:gridCol w:w="3118"/>
        <w:gridCol w:w="6803"/>
      </w:tblGrid>
      <w:tr w:rsidR="00F52036" w14:paraId="573E8AD5" w14:textId="77777777">
        <w:trPr>
          <w:cantSplit/>
          <w:jc w:val="center"/>
        </w:trPr>
        <w:tc>
          <w:tcPr>
            <w:tcW w:w="3118" w:type="dxa"/>
            <w:tcBorders>
              <w:bottom w:val="single" w:color="B8C4CC" w:sz="4" w:space="0"/>
            </w:tcBorders>
            <w:tcMar>
              <w:top w:w="80" w:type="dxa"/>
              <w:left w:w="100" w:type="dxa"/>
              <w:bottom w:w="80" w:type="dxa"/>
              <w:right w:w="100" w:type="dxa"/>
            </w:tcMar>
            <w:vAlign w:val="center"/>
          </w:tcPr>
          <w:p w:rsidR="00F52036" w:rsidRDefault="003D1905" w14:paraId="04D03621" w14:textId="77777777">
            <w:r>
              <w:rPr>
                <w:b/>
                <w:color w:val="5B6770"/>
              </w:rPr>
              <w:t>Leerling 1 – naam</w:t>
            </w:r>
          </w:p>
        </w:tc>
        <w:tc>
          <w:tcPr>
            <w:tcW w:w="6803" w:type="dxa"/>
            <w:tcBorders>
              <w:bottom w:val="single" w:color="B8C4CC" w:sz="4" w:space="0"/>
            </w:tcBorders>
            <w:shd w:val="clear" w:color="auto" w:fill="F7F9FA"/>
            <w:tcMar>
              <w:top w:w="80" w:type="dxa"/>
              <w:left w:w="100" w:type="dxa"/>
              <w:bottom w:w="80" w:type="dxa"/>
              <w:right w:w="100" w:type="dxa"/>
            </w:tcMar>
            <w:vAlign w:val="center"/>
          </w:tcPr>
          <w:p w:rsidR="00A20E4F" w:rsidRDefault="00A20E4F" w14:paraId="42B93BF9" w14:textId="77777777"/>
        </w:tc>
      </w:tr>
      <w:tr w:rsidR="00F52036" w14:paraId="5F4522F3" w14:textId="77777777">
        <w:trPr>
          <w:cantSplit/>
          <w:jc w:val="center"/>
        </w:trPr>
        <w:tc>
          <w:tcPr>
            <w:tcW w:w="3118" w:type="dxa"/>
            <w:tcBorders>
              <w:bottom w:val="single" w:color="B8C4CC" w:sz="4" w:space="0"/>
            </w:tcBorders>
            <w:tcMar>
              <w:top w:w="80" w:type="dxa"/>
              <w:left w:w="100" w:type="dxa"/>
              <w:bottom w:w="80" w:type="dxa"/>
              <w:right w:w="100" w:type="dxa"/>
            </w:tcMar>
            <w:vAlign w:val="center"/>
          </w:tcPr>
          <w:p w:rsidR="00F52036" w:rsidRDefault="003D1905" w14:paraId="1561033E" w14:textId="77777777">
            <w:r>
              <w:rPr>
                <w:b/>
                <w:color w:val="5B6770"/>
              </w:rPr>
              <w:t>Groep</w:t>
            </w:r>
          </w:p>
        </w:tc>
        <w:tc>
          <w:tcPr>
            <w:tcW w:w="6803" w:type="dxa"/>
            <w:tcBorders>
              <w:bottom w:val="single" w:color="B8C4CC" w:sz="4" w:space="0"/>
            </w:tcBorders>
            <w:shd w:val="clear" w:color="auto" w:fill="F7F9FA"/>
            <w:tcMar>
              <w:top w:w="80" w:type="dxa"/>
              <w:left w:w="100" w:type="dxa"/>
              <w:bottom w:w="80" w:type="dxa"/>
              <w:right w:w="100" w:type="dxa"/>
            </w:tcMar>
            <w:vAlign w:val="center"/>
          </w:tcPr>
          <w:p w:rsidR="00A20E4F" w:rsidRDefault="00A20E4F" w14:paraId="45C630A6" w14:textId="77777777"/>
        </w:tc>
      </w:tr>
    </w:tbl>
    <w:p w:rsidR="00F52036" w:rsidRDefault="00F52036" w14:paraId="7A5AAB86" w14:textId="77777777">
      <w:pPr>
        <w:spacing w:after="0"/>
      </w:pPr>
    </w:p>
    <w:tbl>
      <w:tblPr>
        <w:tblW w:w="0" w:type="auto"/>
        <w:jc w:val="center"/>
        <w:tblLayout w:type="fixed"/>
        <w:tblLook w:val="04A0" w:firstRow="1" w:lastRow="0" w:firstColumn="1" w:lastColumn="0" w:noHBand="0" w:noVBand="1"/>
      </w:tblPr>
      <w:tblGrid>
        <w:gridCol w:w="3118"/>
        <w:gridCol w:w="6803"/>
      </w:tblGrid>
      <w:tr w:rsidR="00F52036" w14:paraId="0E92B65B" w14:textId="77777777">
        <w:trPr>
          <w:cantSplit/>
          <w:jc w:val="center"/>
        </w:trPr>
        <w:tc>
          <w:tcPr>
            <w:tcW w:w="3118" w:type="dxa"/>
            <w:tcBorders>
              <w:bottom w:val="single" w:color="B8C4CC" w:sz="4" w:space="0"/>
            </w:tcBorders>
            <w:tcMar>
              <w:top w:w="80" w:type="dxa"/>
              <w:left w:w="100" w:type="dxa"/>
              <w:bottom w:w="80" w:type="dxa"/>
              <w:right w:w="100" w:type="dxa"/>
            </w:tcMar>
            <w:vAlign w:val="center"/>
          </w:tcPr>
          <w:p w:rsidR="00F52036" w:rsidRDefault="003D1905" w14:paraId="03733F6D" w14:textId="77777777">
            <w:r>
              <w:rPr>
                <w:b/>
                <w:color w:val="5B6770"/>
              </w:rPr>
              <w:t>Leerling 2 – naam</w:t>
            </w:r>
          </w:p>
        </w:tc>
        <w:tc>
          <w:tcPr>
            <w:tcW w:w="6803" w:type="dxa"/>
            <w:tcBorders>
              <w:bottom w:val="single" w:color="B8C4CC" w:sz="4" w:space="0"/>
            </w:tcBorders>
            <w:shd w:val="clear" w:color="auto" w:fill="F7F9FA"/>
            <w:tcMar>
              <w:top w:w="80" w:type="dxa"/>
              <w:left w:w="100" w:type="dxa"/>
              <w:bottom w:w="80" w:type="dxa"/>
              <w:right w:w="100" w:type="dxa"/>
            </w:tcMar>
            <w:vAlign w:val="center"/>
          </w:tcPr>
          <w:p w:rsidR="00A20E4F" w:rsidRDefault="00A20E4F" w14:paraId="7754E2EE" w14:textId="77777777"/>
        </w:tc>
      </w:tr>
      <w:tr w:rsidR="00F52036" w14:paraId="62DE0C31" w14:textId="77777777">
        <w:trPr>
          <w:cantSplit/>
          <w:jc w:val="center"/>
        </w:trPr>
        <w:tc>
          <w:tcPr>
            <w:tcW w:w="3118" w:type="dxa"/>
            <w:tcBorders>
              <w:bottom w:val="single" w:color="B8C4CC" w:sz="4" w:space="0"/>
            </w:tcBorders>
            <w:tcMar>
              <w:top w:w="80" w:type="dxa"/>
              <w:left w:w="100" w:type="dxa"/>
              <w:bottom w:w="80" w:type="dxa"/>
              <w:right w:w="100" w:type="dxa"/>
            </w:tcMar>
            <w:vAlign w:val="center"/>
          </w:tcPr>
          <w:p w:rsidR="00F52036" w:rsidRDefault="003D1905" w14:paraId="2D6A7822" w14:textId="77777777">
            <w:r>
              <w:rPr>
                <w:b/>
                <w:color w:val="5B6770"/>
              </w:rPr>
              <w:t>Groep</w:t>
            </w:r>
          </w:p>
        </w:tc>
        <w:tc>
          <w:tcPr>
            <w:tcW w:w="6803" w:type="dxa"/>
            <w:tcBorders>
              <w:bottom w:val="single" w:color="B8C4CC" w:sz="4" w:space="0"/>
            </w:tcBorders>
            <w:shd w:val="clear" w:color="auto" w:fill="F7F9FA"/>
            <w:tcMar>
              <w:top w:w="80" w:type="dxa"/>
              <w:left w:w="100" w:type="dxa"/>
              <w:bottom w:w="80" w:type="dxa"/>
              <w:right w:w="100" w:type="dxa"/>
            </w:tcMar>
            <w:vAlign w:val="center"/>
          </w:tcPr>
          <w:p w:rsidR="00A20E4F" w:rsidRDefault="00A20E4F" w14:paraId="688F773B" w14:textId="77777777"/>
        </w:tc>
      </w:tr>
    </w:tbl>
    <w:p w:rsidR="00F52036" w:rsidRDefault="00F52036" w14:paraId="7B869401" w14:textId="77777777">
      <w:pPr>
        <w:spacing w:after="0"/>
      </w:pPr>
    </w:p>
    <w:tbl>
      <w:tblPr>
        <w:tblW w:w="0" w:type="auto"/>
        <w:jc w:val="center"/>
        <w:tblLayout w:type="fixed"/>
        <w:tblLook w:val="04A0" w:firstRow="1" w:lastRow="0" w:firstColumn="1" w:lastColumn="0" w:noHBand="0" w:noVBand="1"/>
      </w:tblPr>
      <w:tblGrid>
        <w:gridCol w:w="3118"/>
        <w:gridCol w:w="6803"/>
      </w:tblGrid>
      <w:tr w:rsidR="00F52036" w14:paraId="64FBA0FB" w14:textId="77777777">
        <w:trPr>
          <w:cantSplit/>
          <w:jc w:val="center"/>
        </w:trPr>
        <w:tc>
          <w:tcPr>
            <w:tcW w:w="3118" w:type="dxa"/>
            <w:tcBorders>
              <w:bottom w:val="single" w:color="B8C4CC" w:sz="4" w:space="0"/>
            </w:tcBorders>
            <w:tcMar>
              <w:top w:w="80" w:type="dxa"/>
              <w:left w:w="100" w:type="dxa"/>
              <w:bottom w:w="80" w:type="dxa"/>
              <w:right w:w="100" w:type="dxa"/>
            </w:tcMar>
            <w:vAlign w:val="center"/>
          </w:tcPr>
          <w:p w:rsidR="00F52036" w:rsidRDefault="003D1905" w14:paraId="74E8F341" w14:textId="77777777">
            <w:r>
              <w:rPr>
                <w:b/>
                <w:color w:val="5B6770"/>
              </w:rPr>
              <w:t>Leerling 3 – naam</w:t>
            </w:r>
          </w:p>
        </w:tc>
        <w:tc>
          <w:tcPr>
            <w:tcW w:w="6803" w:type="dxa"/>
            <w:tcBorders>
              <w:bottom w:val="single" w:color="B8C4CC" w:sz="4" w:space="0"/>
            </w:tcBorders>
            <w:shd w:val="clear" w:color="auto" w:fill="F7F9FA"/>
            <w:tcMar>
              <w:top w:w="80" w:type="dxa"/>
              <w:left w:w="100" w:type="dxa"/>
              <w:bottom w:w="80" w:type="dxa"/>
              <w:right w:w="100" w:type="dxa"/>
            </w:tcMar>
            <w:vAlign w:val="center"/>
          </w:tcPr>
          <w:p w:rsidR="00A20E4F" w:rsidRDefault="00A20E4F" w14:paraId="27C8FF6C" w14:textId="77777777"/>
        </w:tc>
      </w:tr>
      <w:tr w:rsidR="00F52036" w14:paraId="3D1111F6" w14:textId="77777777">
        <w:trPr>
          <w:cantSplit/>
          <w:jc w:val="center"/>
        </w:trPr>
        <w:tc>
          <w:tcPr>
            <w:tcW w:w="3118" w:type="dxa"/>
            <w:tcBorders>
              <w:bottom w:val="single" w:color="B8C4CC" w:sz="4" w:space="0"/>
            </w:tcBorders>
            <w:tcMar>
              <w:top w:w="80" w:type="dxa"/>
              <w:left w:w="100" w:type="dxa"/>
              <w:bottom w:w="80" w:type="dxa"/>
              <w:right w:w="100" w:type="dxa"/>
            </w:tcMar>
            <w:vAlign w:val="center"/>
          </w:tcPr>
          <w:p w:rsidR="00F52036" w:rsidRDefault="003D1905" w14:paraId="245BB9B7" w14:textId="77777777">
            <w:r>
              <w:rPr>
                <w:b/>
                <w:color w:val="5B6770"/>
              </w:rPr>
              <w:t>Groep</w:t>
            </w:r>
          </w:p>
        </w:tc>
        <w:tc>
          <w:tcPr>
            <w:tcW w:w="6803" w:type="dxa"/>
            <w:tcBorders>
              <w:bottom w:val="single" w:color="B8C4CC" w:sz="4" w:space="0"/>
            </w:tcBorders>
            <w:shd w:val="clear" w:color="auto" w:fill="F7F9FA"/>
            <w:tcMar>
              <w:top w:w="80" w:type="dxa"/>
              <w:left w:w="100" w:type="dxa"/>
              <w:bottom w:w="80" w:type="dxa"/>
              <w:right w:w="100" w:type="dxa"/>
            </w:tcMar>
            <w:vAlign w:val="center"/>
          </w:tcPr>
          <w:p w:rsidR="00A20E4F" w:rsidRDefault="00A20E4F" w14:paraId="6DF076F9" w14:textId="77777777"/>
        </w:tc>
      </w:tr>
    </w:tbl>
    <w:p w:rsidR="00F52036" w:rsidRDefault="00F52036" w14:paraId="52EAEC99" w14:textId="77777777">
      <w:pPr>
        <w:spacing w:after="0"/>
      </w:pPr>
    </w:p>
    <w:p w:rsidR="00F52036" w:rsidRDefault="003D1905" w14:paraId="19838872" w14:textId="77777777">
      <w:pPr>
        <w:pStyle w:val="SectionHead"/>
        <w:keepNext/>
      </w:pPr>
      <w:r>
        <w:t>3  Aangevraagde verlofperiode</w:t>
      </w:r>
    </w:p>
    <w:tbl>
      <w:tblPr>
        <w:tblW w:w="0" w:type="auto"/>
        <w:jc w:val="center"/>
        <w:tblLayout w:type="fixed"/>
        <w:tblLook w:val="04A0" w:firstRow="1" w:lastRow="0" w:firstColumn="1" w:lastColumn="0" w:noHBand="0" w:noVBand="1"/>
      </w:tblPr>
      <w:tblGrid>
        <w:gridCol w:w="3118"/>
        <w:gridCol w:w="6803"/>
      </w:tblGrid>
      <w:tr w:rsidR="00F52036" w14:paraId="53682A4B" w14:textId="77777777">
        <w:trPr>
          <w:cantSplit/>
          <w:jc w:val="center"/>
        </w:trPr>
        <w:tc>
          <w:tcPr>
            <w:tcW w:w="3118" w:type="dxa"/>
            <w:tcBorders>
              <w:bottom w:val="single" w:color="B8C4CC" w:sz="4" w:space="0"/>
            </w:tcBorders>
            <w:tcMar>
              <w:top w:w="80" w:type="dxa"/>
              <w:left w:w="100" w:type="dxa"/>
              <w:bottom w:w="80" w:type="dxa"/>
              <w:right w:w="100" w:type="dxa"/>
            </w:tcMar>
            <w:vAlign w:val="center"/>
          </w:tcPr>
          <w:p w:rsidR="00F52036" w:rsidRDefault="003D1905" w14:paraId="66162F3D" w14:textId="77777777">
            <w:r>
              <w:rPr>
                <w:b/>
                <w:color w:val="5B6770"/>
              </w:rPr>
              <w:t>Van</w:t>
            </w:r>
          </w:p>
        </w:tc>
        <w:tc>
          <w:tcPr>
            <w:tcW w:w="6803" w:type="dxa"/>
            <w:tcBorders>
              <w:bottom w:val="single" w:color="B8C4CC" w:sz="4" w:space="0"/>
            </w:tcBorders>
            <w:shd w:val="clear" w:color="auto" w:fill="F7F9FA"/>
            <w:tcMar>
              <w:top w:w="80" w:type="dxa"/>
              <w:left w:w="100" w:type="dxa"/>
              <w:bottom w:w="80" w:type="dxa"/>
              <w:right w:w="100" w:type="dxa"/>
            </w:tcMar>
            <w:vAlign w:val="center"/>
          </w:tcPr>
          <w:p w:rsidR="00A20E4F" w:rsidRDefault="00A20E4F" w14:paraId="7C1F2F57" w14:textId="77777777"/>
        </w:tc>
      </w:tr>
      <w:tr w:rsidR="00F52036" w14:paraId="00435209" w14:textId="77777777">
        <w:trPr>
          <w:cantSplit/>
          <w:jc w:val="center"/>
        </w:trPr>
        <w:tc>
          <w:tcPr>
            <w:tcW w:w="3118" w:type="dxa"/>
            <w:tcBorders>
              <w:bottom w:val="single" w:color="B8C4CC" w:sz="4" w:space="0"/>
            </w:tcBorders>
            <w:tcMar>
              <w:top w:w="80" w:type="dxa"/>
              <w:left w:w="100" w:type="dxa"/>
              <w:bottom w:w="80" w:type="dxa"/>
              <w:right w:w="100" w:type="dxa"/>
            </w:tcMar>
            <w:vAlign w:val="center"/>
          </w:tcPr>
          <w:p w:rsidR="00F52036" w:rsidRDefault="003D1905" w14:paraId="5E2B6BAA" w14:textId="77777777">
            <w:r>
              <w:rPr>
                <w:b/>
                <w:color w:val="5B6770"/>
              </w:rPr>
              <w:t>Tot en met</w:t>
            </w:r>
          </w:p>
        </w:tc>
        <w:tc>
          <w:tcPr>
            <w:tcW w:w="6803" w:type="dxa"/>
            <w:tcBorders>
              <w:bottom w:val="single" w:color="B8C4CC" w:sz="4" w:space="0"/>
            </w:tcBorders>
            <w:shd w:val="clear" w:color="auto" w:fill="F7F9FA"/>
            <w:tcMar>
              <w:top w:w="80" w:type="dxa"/>
              <w:left w:w="100" w:type="dxa"/>
              <w:bottom w:w="80" w:type="dxa"/>
              <w:right w:w="100" w:type="dxa"/>
            </w:tcMar>
            <w:vAlign w:val="center"/>
          </w:tcPr>
          <w:p w:rsidR="00A20E4F" w:rsidRDefault="00A20E4F" w14:paraId="42CE5297" w14:textId="77777777"/>
        </w:tc>
      </w:tr>
    </w:tbl>
    <w:p w:rsidR="00F52036" w:rsidRDefault="00F52036" w14:paraId="31AEDB51" w14:textId="77777777">
      <w:pPr>
        <w:spacing w:after="0"/>
      </w:pPr>
    </w:p>
    <w:p w:rsidR="00F52036" w:rsidRDefault="003D1905" w14:paraId="1C20872C" w14:textId="77777777">
      <w:r>
        <w:rPr>
          <w:b/>
          <w:color w:val="5B6770"/>
        </w:rPr>
        <w:t>Reden van de aanvraag</w:t>
      </w:r>
    </w:p>
    <w:tbl>
      <w:tblPr>
        <w:tblW w:w="0" w:type="auto"/>
        <w:tblLook w:val="04A0" w:firstRow="1" w:lastRow="0" w:firstColumn="1" w:lastColumn="0" w:noHBand="0" w:noVBand="1"/>
      </w:tblPr>
      <w:tblGrid>
        <w:gridCol w:w="10302"/>
      </w:tblGrid>
      <w:tr w:rsidRPr="005576A5" w:rsidR="00F52036" w14:paraId="2520A8DF" w14:textId="77777777">
        <w:tc>
          <w:tcPr>
            <w:tcW w:w="10312" w:type="dxa"/>
            <w:tcBorders>
              <w:top w:val="single" w:color="B8C4CC" w:sz="4" w:space="0"/>
              <w:left w:val="single" w:color="B8C4CC" w:sz="4" w:space="0"/>
              <w:bottom w:val="single" w:color="B8C4CC" w:sz="4" w:space="0"/>
              <w:right w:val="single" w:color="B8C4CC" w:sz="4" w:space="0"/>
            </w:tcBorders>
            <w:shd w:val="clear" w:color="auto" w:fill="F7F9FA"/>
            <w:tcMar>
              <w:top w:w="120" w:type="dxa"/>
              <w:left w:w="120" w:type="dxa"/>
              <w:bottom w:w="120" w:type="dxa"/>
              <w:right w:w="120" w:type="dxa"/>
            </w:tcMar>
          </w:tcPr>
          <w:p w:rsidR="00C5161D" w:rsidRDefault="003D1905" w14:paraId="135A8D81" w14:textId="77777777">
            <w:r>
              <w:br/>
            </w:r>
          </w:p>
          <w:p w:rsidR="00A20E4F" w:rsidRDefault="00A20E4F" w14:paraId="26EE758F" w14:textId="19B403E8"/>
        </w:tc>
      </w:tr>
    </w:tbl>
    <w:p w:rsidR="00C5161D" w:rsidRDefault="00C5161D" w14:paraId="5AD5C0AB" w14:textId="77777777">
      <w:pPr>
        <w:pStyle w:val="SectionHead"/>
        <w:keepNext/>
        <w:rPr>
          <w:lang w:val="nl-NL"/>
        </w:rPr>
      </w:pPr>
    </w:p>
    <w:p w:rsidR="00C5161D" w:rsidRDefault="00C5161D" w14:paraId="13754D56" w14:textId="77777777">
      <w:pPr>
        <w:pStyle w:val="SectionHead"/>
        <w:keepNext/>
        <w:rPr>
          <w:lang w:val="nl-NL"/>
        </w:rPr>
      </w:pPr>
    </w:p>
    <w:p w:rsidR="00C5161D" w:rsidRDefault="00C5161D" w14:paraId="16D2132E" w14:textId="77777777">
      <w:pPr>
        <w:pStyle w:val="SectionHead"/>
        <w:keepNext/>
        <w:rPr>
          <w:lang w:val="nl-NL"/>
        </w:rPr>
      </w:pPr>
    </w:p>
    <w:p w:rsidRPr="005576A5" w:rsidR="00F52036" w:rsidRDefault="003D1905" w14:paraId="70FB3625" w14:textId="1624A4C7">
      <w:pPr>
        <w:pStyle w:val="SectionHead"/>
        <w:keepNext/>
        <w:rPr>
          <w:lang w:val="nl-NL"/>
        </w:rPr>
      </w:pPr>
      <w:r w:rsidRPr="005576A5">
        <w:rPr>
          <w:lang w:val="nl-NL"/>
        </w:rPr>
        <w:t>4  Kinderen uit het gezin die een andere school bezoeken</w:t>
      </w:r>
    </w:p>
    <w:p w:rsidRPr="005576A5" w:rsidR="00F52036" w:rsidRDefault="003D1905" w14:paraId="7059200D" w14:textId="77777777">
      <w:pPr>
        <w:pStyle w:val="SmallNote"/>
        <w:rPr>
          <w:lang w:val="nl-NL"/>
        </w:rPr>
      </w:pPr>
      <w:r w:rsidRPr="005576A5">
        <w:rPr>
          <w:lang w:val="nl-NL"/>
        </w:rPr>
        <w:t>Alleen invullen als dit van toepassing is.</w:t>
      </w:r>
    </w:p>
    <w:tbl>
      <w:tblPr>
        <w:tblW w:w="0" w:type="auto"/>
        <w:jc w:val="center"/>
        <w:tblLayout w:type="fixed"/>
        <w:tblLook w:val="04A0" w:firstRow="1" w:lastRow="0" w:firstColumn="1" w:lastColumn="0" w:noHBand="0" w:noVBand="1"/>
      </w:tblPr>
      <w:tblGrid>
        <w:gridCol w:w="3118"/>
        <w:gridCol w:w="6803"/>
      </w:tblGrid>
      <w:tr w:rsidR="00F52036" w14:paraId="079423A2" w14:textId="77777777">
        <w:trPr>
          <w:cantSplit/>
          <w:jc w:val="center"/>
        </w:trPr>
        <w:tc>
          <w:tcPr>
            <w:tcW w:w="3118" w:type="dxa"/>
            <w:tcBorders>
              <w:bottom w:val="single" w:color="B8C4CC" w:sz="4" w:space="0"/>
            </w:tcBorders>
            <w:tcMar>
              <w:top w:w="80" w:type="dxa"/>
              <w:left w:w="100" w:type="dxa"/>
              <w:bottom w:w="80" w:type="dxa"/>
              <w:right w:w="100" w:type="dxa"/>
            </w:tcMar>
            <w:vAlign w:val="center"/>
          </w:tcPr>
          <w:p w:rsidR="00F52036" w:rsidRDefault="003D1905" w14:paraId="262F813E" w14:textId="77777777">
            <w:r>
              <w:rPr>
                <w:b/>
                <w:color w:val="5B6770"/>
              </w:rPr>
              <w:t>Kind 1 – naam</w:t>
            </w:r>
          </w:p>
        </w:tc>
        <w:tc>
          <w:tcPr>
            <w:tcW w:w="6803" w:type="dxa"/>
            <w:tcBorders>
              <w:bottom w:val="single" w:color="B8C4CC" w:sz="4" w:space="0"/>
            </w:tcBorders>
            <w:shd w:val="clear" w:color="auto" w:fill="F7F9FA"/>
            <w:tcMar>
              <w:top w:w="80" w:type="dxa"/>
              <w:left w:w="100" w:type="dxa"/>
              <w:bottom w:w="80" w:type="dxa"/>
              <w:right w:w="100" w:type="dxa"/>
            </w:tcMar>
            <w:vAlign w:val="center"/>
          </w:tcPr>
          <w:p w:rsidR="00A20E4F" w:rsidRDefault="00A20E4F" w14:paraId="077DFE5E" w14:textId="77777777"/>
        </w:tc>
      </w:tr>
      <w:tr w:rsidR="00F52036" w14:paraId="79BE2FDC" w14:textId="77777777">
        <w:trPr>
          <w:cantSplit/>
          <w:jc w:val="center"/>
        </w:trPr>
        <w:tc>
          <w:tcPr>
            <w:tcW w:w="3118" w:type="dxa"/>
            <w:tcBorders>
              <w:bottom w:val="single" w:color="B8C4CC" w:sz="4" w:space="0"/>
            </w:tcBorders>
            <w:tcMar>
              <w:top w:w="80" w:type="dxa"/>
              <w:left w:w="100" w:type="dxa"/>
              <w:bottom w:w="80" w:type="dxa"/>
              <w:right w:w="100" w:type="dxa"/>
            </w:tcMar>
            <w:vAlign w:val="center"/>
          </w:tcPr>
          <w:p w:rsidR="00F52036" w:rsidRDefault="003D1905" w14:paraId="5927BC44" w14:textId="77777777">
            <w:r>
              <w:rPr>
                <w:b/>
                <w:color w:val="5B6770"/>
              </w:rPr>
              <w:t>Geboortedatum</w:t>
            </w:r>
          </w:p>
        </w:tc>
        <w:tc>
          <w:tcPr>
            <w:tcW w:w="6803" w:type="dxa"/>
            <w:tcBorders>
              <w:bottom w:val="single" w:color="B8C4CC" w:sz="4" w:space="0"/>
            </w:tcBorders>
            <w:shd w:val="clear" w:color="auto" w:fill="F7F9FA"/>
            <w:tcMar>
              <w:top w:w="80" w:type="dxa"/>
              <w:left w:w="100" w:type="dxa"/>
              <w:bottom w:w="80" w:type="dxa"/>
              <w:right w:w="100" w:type="dxa"/>
            </w:tcMar>
            <w:vAlign w:val="center"/>
          </w:tcPr>
          <w:p w:rsidR="00A20E4F" w:rsidRDefault="00A20E4F" w14:paraId="646E624E" w14:textId="77777777"/>
        </w:tc>
      </w:tr>
      <w:tr w:rsidR="00F52036" w14:paraId="32C4B7DA" w14:textId="77777777">
        <w:trPr>
          <w:cantSplit/>
          <w:jc w:val="center"/>
        </w:trPr>
        <w:tc>
          <w:tcPr>
            <w:tcW w:w="3118" w:type="dxa"/>
            <w:tcBorders>
              <w:bottom w:val="single" w:color="B8C4CC" w:sz="4" w:space="0"/>
            </w:tcBorders>
            <w:tcMar>
              <w:top w:w="80" w:type="dxa"/>
              <w:left w:w="100" w:type="dxa"/>
              <w:bottom w:w="80" w:type="dxa"/>
              <w:right w:w="100" w:type="dxa"/>
            </w:tcMar>
            <w:vAlign w:val="center"/>
          </w:tcPr>
          <w:p w:rsidR="00F52036" w:rsidRDefault="003D1905" w14:paraId="103F0FD9" w14:textId="77777777">
            <w:r>
              <w:rPr>
                <w:b/>
                <w:color w:val="5B6770"/>
              </w:rPr>
              <w:t>Naam school</w:t>
            </w:r>
          </w:p>
        </w:tc>
        <w:tc>
          <w:tcPr>
            <w:tcW w:w="6803" w:type="dxa"/>
            <w:tcBorders>
              <w:bottom w:val="single" w:color="B8C4CC" w:sz="4" w:space="0"/>
            </w:tcBorders>
            <w:shd w:val="clear" w:color="auto" w:fill="F7F9FA"/>
            <w:tcMar>
              <w:top w:w="80" w:type="dxa"/>
              <w:left w:w="100" w:type="dxa"/>
              <w:bottom w:w="80" w:type="dxa"/>
              <w:right w:w="100" w:type="dxa"/>
            </w:tcMar>
            <w:vAlign w:val="center"/>
          </w:tcPr>
          <w:p w:rsidR="00A20E4F" w:rsidRDefault="00A20E4F" w14:paraId="5E4FB44C" w14:textId="77777777"/>
        </w:tc>
      </w:tr>
    </w:tbl>
    <w:p w:rsidR="00F52036" w:rsidRDefault="00F52036" w14:paraId="3FCE03C8" w14:textId="77777777">
      <w:pPr>
        <w:spacing w:after="0"/>
      </w:pPr>
    </w:p>
    <w:tbl>
      <w:tblPr>
        <w:tblW w:w="0" w:type="auto"/>
        <w:jc w:val="center"/>
        <w:tblLayout w:type="fixed"/>
        <w:tblLook w:val="04A0" w:firstRow="1" w:lastRow="0" w:firstColumn="1" w:lastColumn="0" w:noHBand="0" w:noVBand="1"/>
      </w:tblPr>
      <w:tblGrid>
        <w:gridCol w:w="3118"/>
        <w:gridCol w:w="6803"/>
      </w:tblGrid>
      <w:tr w:rsidR="00F52036" w14:paraId="1D8CEDEB" w14:textId="77777777">
        <w:trPr>
          <w:cantSplit/>
          <w:jc w:val="center"/>
        </w:trPr>
        <w:tc>
          <w:tcPr>
            <w:tcW w:w="3118" w:type="dxa"/>
            <w:tcBorders>
              <w:bottom w:val="single" w:color="B8C4CC" w:sz="4" w:space="0"/>
            </w:tcBorders>
            <w:tcMar>
              <w:top w:w="80" w:type="dxa"/>
              <w:left w:w="100" w:type="dxa"/>
              <w:bottom w:w="80" w:type="dxa"/>
              <w:right w:w="100" w:type="dxa"/>
            </w:tcMar>
            <w:vAlign w:val="center"/>
          </w:tcPr>
          <w:p w:rsidR="00F52036" w:rsidRDefault="003D1905" w14:paraId="5D73E479" w14:textId="77777777">
            <w:r>
              <w:rPr>
                <w:b/>
                <w:color w:val="5B6770"/>
              </w:rPr>
              <w:t>Kind 2 – naam</w:t>
            </w:r>
          </w:p>
        </w:tc>
        <w:tc>
          <w:tcPr>
            <w:tcW w:w="6803" w:type="dxa"/>
            <w:tcBorders>
              <w:bottom w:val="single" w:color="B8C4CC" w:sz="4" w:space="0"/>
            </w:tcBorders>
            <w:shd w:val="clear" w:color="auto" w:fill="F7F9FA"/>
            <w:tcMar>
              <w:top w:w="80" w:type="dxa"/>
              <w:left w:w="100" w:type="dxa"/>
              <w:bottom w:w="80" w:type="dxa"/>
              <w:right w:w="100" w:type="dxa"/>
            </w:tcMar>
            <w:vAlign w:val="center"/>
          </w:tcPr>
          <w:p w:rsidR="00A20E4F" w:rsidRDefault="00A20E4F" w14:paraId="4210E779" w14:textId="77777777"/>
        </w:tc>
      </w:tr>
      <w:tr w:rsidR="00F52036" w14:paraId="01B2E0DA" w14:textId="77777777">
        <w:trPr>
          <w:cantSplit/>
          <w:jc w:val="center"/>
        </w:trPr>
        <w:tc>
          <w:tcPr>
            <w:tcW w:w="3118" w:type="dxa"/>
            <w:tcBorders>
              <w:bottom w:val="single" w:color="B8C4CC" w:sz="4" w:space="0"/>
            </w:tcBorders>
            <w:tcMar>
              <w:top w:w="80" w:type="dxa"/>
              <w:left w:w="100" w:type="dxa"/>
              <w:bottom w:w="80" w:type="dxa"/>
              <w:right w:w="100" w:type="dxa"/>
            </w:tcMar>
            <w:vAlign w:val="center"/>
          </w:tcPr>
          <w:p w:rsidR="00F52036" w:rsidRDefault="003D1905" w14:paraId="4290057F" w14:textId="77777777">
            <w:r>
              <w:rPr>
                <w:b/>
                <w:color w:val="5B6770"/>
              </w:rPr>
              <w:t>Geboortedatum</w:t>
            </w:r>
          </w:p>
        </w:tc>
        <w:tc>
          <w:tcPr>
            <w:tcW w:w="6803" w:type="dxa"/>
            <w:tcBorders>
              <w:bottom w:val="single" w:color="B8C4CC" w:sz="4" w:space="0"/>
            </w:tcBorders>
            <w:shd w:val="clear" w:color="auto" w:fill="F7F9FA"/>
            <w:tcMar>
              <w:top w:w="80" w:type="dxa"/>
              <w:left w:w="100" w:type="dxa"/>
              <w:bottom w:w="80" w:type="dxa"/>
              <w:right w:w="100" w:type="dxa"/>
            </w:tcMar>
            <w:vAlign w:val="center"/>
          </w:tcPr>
          <w:p w:rsidR="00A20E4F" w:rsidRDefault="00A20E4F" w14:paraId="2A2FAAA9" w14:textId="77777777"/>
        </w:tc>
      </w:tr>
      <w:tr w:rsidR="00F52036" w14:paraId="2ECAB7D8" w14:textId="77777777">
        <w:trPr>
          <w:cantSplit/>
          <w:jc w:val="center"/>
        </w:trPr>
        <w:tc>
          <w:tcPr>
            <w:tcW w:w="3118" w:type="dxa"/>
            <w:tcBorders>
              <w:bottom w:val="single" w:color="B8C4CC" w:sz="4" w:space="0"/>
            </w:tcBorders>
            <w:tcMar>
              <w:top w:w="80" w:type="dxa"/>
              <w:left w:w="100" w:type="dxa"/>
              <w:bottom w:w="80" w:type="dxa"/>
              <w:right w:w="100" w:type="dxa"/>
            </w:tcMar>
            <w:vAlign w:val="center"/>
          </w:tcPr>
          <w:p w:rsidR="00F52036" w:rsidRDefault="003D1905" w14:paraId="4668BB4D" w14:textId="77777777">
            <w:r>
              <w:rPr>
                <w:b/>
                <w:color w:val="5B6770"/>
              </w:rPr>
              <w:t>Naam school</w:t>
            </w:r>
          </w:p>
        </w:tc>
        <w:tc>
          <w:tcPr>
            <w:tcW w:w="6803" w:type="dxa"/>
            <w:tcBorders>
              <w:bottom w:val="single" w:color="B8C4CC" w:sz="4" w:space="0"/>
            </w:tcBorders>
            <w:shd w:val="clear" w:color="auto" w:fill="F7F9FA"/>
            <w:tcMar>
              <w:top w:w="80" w:type="dxa"/>
              <w:left w:w="100" w:type="dxa"/>
              <w:bottom w:w="80" w:type="dxa"/>
              <w:right w:w="100" w:type="dxa"/>
            </w:tcMar>
            <w:vAlign w:val="center"/>
          </w:tcPr>
          <w:p w:rsidR="00A20E4F" w:rsidRDefault="00A20E4F" w14:paraId="3AE643FB" w14:textId="77777777"/>
        </w:tc>
      </w:tr>
    </w:tbl>
    <w:p w:rsidR="00F52036" w:rsidRDefault="00F52036" w14:paraId="31FBB422" w14:textId="77777777">
      <w:pPr>
        <w:spacing w:after="0"/>
      </w:pPr>
    </w:p>
    <w:p w:rsidR="00F52036" w:rsidRDefault="003D1905" w14:paraId="203A4DF3" w14:textId="77777777">
      <w:pPr>
        <w:pStyle w:val="SectionHead"/>
        <w:keepNext/>
      </w:pPr>
      <w:r>
        <w:t>5  Bijlagen</w:t>
      </w:r>
    </w:p>
    <w:p w:rsidRPr="005576A5" w:rsidR="00F52036" w:rsidRDefault="003D1905" w14:paraId="77CD35B2" w14:textId="77777777">
      <w:pPr>
        <w:spacing w:after="120"/>
        <w:rPr>
          <w:lang w:val="nl-NL"/>
        </w:rPr>
      </w:pPr>
      <w:r w:rsidRPr="005576A5">
        <w:rPr>
          <w:lang w:val="nl-NL"/>
        </w:rPr>
        <w:t>☐</w:t>
      </w:r>
      <w:r w:rsidRPr="005576A5">
        <w:rPr>
          <w:lang w:val="nl-NL"/>
        </w:rPr>
        <w:t xml:space="preserve">  Niet van toepassing     ☐  Werkgeversverklaring     ☐  Andere bewijsstukken: </w:t>
      </w:r>
    </w:p>
    <w:p w:rsidR="00F52036" w:rsidRDefault="003D1905" w14:paraId="1691E660" w14:textId="77777777">
      <w:pPr>
        <w:pStyle w:val="SectionHead"/>
        <w:keepNext/>
      </w:pPr>
      <w:r>
        <w:t>6  Ondertekening</w:t>
      </w:r>
    </w:p>
    <w:tbl>
      <w:tblPr>
        <w:tblW w:w="0" w:type="auto"/>
        <w:jc w:val="center"/>
        <w:tblLayout w:type="fixed"/>
        <w:tblLook w:val="04A0" w:firstRow="1" w:lastRow="0" w:firstColumn="1" w:lastColumn="0" w:noHBand="0" w:noVBand="1"/>
      </w:tblPr>
      <w:tblGrid>
        <w:gridCol w:w="3118"/>
        <w:gridCol w:w="6803"/>
      </w:tblGrid>
      <w:tr w:rsidR="00F52036" w14:paraId="634D66B3" w14:textId="77777777">
        <w:trPr>
          <w:cantSplit/>
          <w:jc w:val="center"/>
        </w:trPr>
        <w:tc>
          <w:tcPr>
            <w:tcW w:w="3118" w:type="dxa"/>
            <w:tcBorders>
              <w:bottom w:val="single" w:color="B8C4CC" w:sz="4" w:space="0"/>
            </w:tcBorders>
            <w:tcMar>
              <w:top w:w="80" w:type="dxa"/>
              <w:left w:w="100" w:type="dxa"/>
              <w:bottom w:w="80" w:type="dxa"/>
              <w:right w:w="100" w:type="dxa"/>
            </w:tcMar>
            <w:vAlign w:val="center"/>
          </w:tcPr>
          <w:p w:rsidR="00F52036" w:rsidRDefault="003D1905" w14:paraId="763FBC53" w14:textId="77777777">
            <w:r>
              <w:rPr>
                <w:b/>
                <w:color w:val="5B6770"/>
              </w:rPr>
              <w:t>Plaats</w:t>
            </w:r>
          </w:p>
        </w:tc>
        <w:tc>
          <w:tcPr>
            <w:tcW w:w="6803" w:type="dxa"/>
            <w:tcBorders>
              <w:bottom w:val="single" w:color="B8C4CC" w:sz="4" w:space="0"/>
            </w:tcBorders>
            <w:shd w:val="clear" w:color="auto" w:fill="F7F9FA"/>
            <w:tcMar>
              <w:top w:w="80" w:type="dxa"/>
              <w:left w:w="100" w:type="dxa"/>
              <w:bottom w:w="80" w:type="dxa"/>
              <w:right w:w="100" w:type="dxa"/>
            </w:tcMar>
            <w:vAlign w:val="center"/>
          </w:tcPr>
          <w:p w:rsidR="00A20E4F" w:rsidRDefault="00A20E4F" w14:paraId="0628B8FD" w14:textId="77777777"/>
        </w:tc>
      </w:tr>
      <w:tr w:rsidR="00F52036" w14:paraId="289176CB" w14:textId="77777777">
        <w:trPr>
          <w:cantSplit/>
          <w:jc w:val="center"/>
        </w:trPr>
        <w:tc>
          <w:tcPr>
            <w:tcW w:w="3118" w:type="dxa"/>
            <w:tcBorders>
              <w:bottom w:val="single" w:color="B8C4CC" w:sz="4" w:space="0"/>
            </w:tcBorders>
            <w:tcMar>
              <w:top w:w="80" w:type="dxa"/>
              <w:left w:w="100" w:type="dxa"/>
              <w:bottom w:w="80" w:type="dxa"/>
              <w:right w:w="100" w:type="dxa"/>
            </w:tcMar>
            <w:vAlign w:val="center"/>
          </w:tcPr>
          <w:p w:rsidR="00F52036" w:rsidRDefault="003D1905" w14:paraId="2B69C1FC" w14:textId="77777777">
            <w:r>
              <w:rPr>
                <w:b/>
                <w:color w:val="5B6770"/>
              </w:rPr>
              <w:t>Datum</w:t>
            </w:r>
          </w:p>
        </w:tc>
        <w:tc>
          <w:tcPr>
            <w:tcW w:w="6803" w:type="dxa"/>
            <w:tcBorders>
              <w:bottom w:val="single" w:color="B8C4CC" w:sz="4" w:space="0"/>
            </w:tcBorders>
            <w:shd w:val="clear" w:color="auto" w:fill="F7F9FA"/>
            <w:tcMar>
              <w:top w:w="80" w:type="dxa"/>
              <w:left w:w="100" w:type="dxa"/>
              <w:bottom w:w="80" w:type="dxa"/>
              <w:right w:w="100" w:type="dxa"/>
            </w:tcMar>
            <w:vAlign w:val="center"/>
          </w:tcPr>
          <w:p w:rsidR="00A20E4F" w:rsidRDefault="00A20E4F" w14:paraId="1343BC0A" w14:textId="77777777"/>
        </w:tc>
      </w:tr>
      <w:tr w:rsidR="00F52036" w14:paraId="724FD0C9" w14:textId="77777777">
        <w:trPr>
          <w:cantSplit/>
          <w:jc w:val="center"/>
        </w:trPr>
        <w:tc>
          <w:tcPr>
            <w:tcW w:w="3118" w:type="dxa"/>
            <w:tcBorders>
              <w:bottom w:val="single" w:color="B8C4CC" w:sz="4" w:space="0"/>
            </w:tcBorders>
            <w:tcMar>
              <w:top w:w="80" w:type="dxa"/>
              <w:left w:w="100" w:type="dxa"/>
              <w:bottom w:w="80" w:type="dxa"/>
              <w:right w:w="100" w:type="dxa"/>
            </w:tcMar>
            <w:vAlign w:val="center"/>
          </w:tcPr>
          <w:p w:rsidR="00F52036" w:rsidRDefault="003D1905" w14:paraId="6F871532" w14:textId="77777777">
            <w:r>
              <w:rPr>
                <w:b/>
                <w:color w:val="5B6770"/>
              </w:rPr>
              <w:t>Naam ouder/verzorger</w:t>
            </w:r>
          </w:p>
        </w:tc>
        <w:tc>
          <w:tcPr>
            <w:tcW w:w="6803" w:type="dxa"/>
            <w:tcBorders>
              <w:bottom w:val="single" w:color="B8C4CC" w:sz="4" w:space="0"/>
            </w:tcBorders>
            <w:shd w:val="clear" w:color="auto" w:fill="F7F9FA"/>
            <w:tcMar>
              <w:top w:w="80" w:type="dxa"/>
              <w:left w:w="100" w:type="dxa"/>
              <w:bottom w:w="80" w:type="dxa"/>
              <w:right w:w="100" w:type="dxa"/>
            </w:tcMar>
            <w:vAlign w:val="center"/>
          </w:tcPr>
          <w:p w:rsidR="00A20E4F" w:rsidRDefault="00A20E4F" w14:paraId="2C451BFF" w14:textId="77777777"/>
        </w:tc>
      </w:tr>
      <w:tr w:rsidRPr="00F2747B" w:rsidR="00F52036" w14:paraId="5B7A410E" w14:textId="77777777">
        <w:trPr>
          <w:cantSplit/>
          <w:jc w:val="center"/>
        </w:trPr>
        <w:tc>
          <w:tcPr>
            <w:tcW w:w="3118" w:type="dxa"/>
            <w:tcBorders>
              <w:bottom w:val="single" w:color="B8C4CC" w:sz="4" w:space="0"/>
            </w:tcBorders>
            <w:tcMar>
              <w:top w:w="80" w:type="dxa"/>
              <w:left w:w="100" w:type="dxa"/>
              <w:bottom w:w="80" w:type="dxa"/>
              <w:right w:w="100" w:type="dxa"/>
            </w:tcMar>
            <w:vAlign w:val="center"/>
          </w:tcPr>
          <w:p w:rsidR="00F2747B" w:rsidRDefault="003D1905" w14:paraId="57B79308" w14:textId="77777777">
            <w:pPr>
              <w:rPr>
                <w:b/>
                <w:color w:val="5B6770"/>
                <w:lang w:val="nl-NL"/>
              </w:rPr>
            </w:pPr>
            <w:r w:rsidRPr="00F2747B">
              <w:rPr>
                <w:b/>
                <w:color w:val="5B6770"/>
                <w:lang w:val="nl-NL"/>
              </w:rPr>
              <w:t>Handtekening</w:t>
            </w:r>
          </w:p>
          <w:p w:rsidRPr="00F2747B" w:rsidR="00F52036" w:rsidRDefault="00F2747B" w14:paraId="7B09B656" w14:textId="611758D3">
            <w:pPr>
              <w:rPr>
                <w:lang w:val="nl-NL"/>
              </w:rPr>
            </w:pPr>
            <w:r>
              <w:rPr>
                <w:bCs/>
                <w:color w:val="5B6770"/>
                <w:lang w:val="nl-NL"/>
              </w:rPr>
              <w:t>Bij digitale verzending volstaat  voor- en achternaam</w:t>
            </w:r>
          </w:p>
        </w:tc>
        <w:tc>
          <w:tcPr>
            <w:tcW w:w="6803" w:type="dxa"/>
            <w:tcBorders>
              <w:bottom w:val="single" w:color="B8C4CC" w:sz="4" w:space="0"/>
            </w:tcBorders>
            <w:shd w:val="clear" w:color="auto" w:fill="F7F9FA"/>
            <w:tcMar>
              <w:top w:w="80" w:type="dxa"/>
              <w:left w:w="100" w:type="dxa"/>
              <w:bottom w:w="80" w:type="dxa"/>
              <w:right w:w="100" w:type="dxa"/>
            </w:tcMar>
            <w:vAlign w:val="center"/>
          </w:tcPr>
          <w:p w:rsidRPr="00F2747B" w:rsidR="00A20E4F" w:rsidRDefault="00A20E4F" w14:paraId="3EA5033E" w14:textId="77777777">
            <w:pPr>
              <w:rPr>
                <w:lang w:val="nl-NL"/>
              </w:rPr>
            </w:pPr>
          </w:p>
        </w:tc>
      </w:tr>
    </w:tbl>
    <w:p w:rsidRPr="005576A5" w:rsidR="00F52036" w:rsidRDefault="00F52036" w14:paraId="7C1EA6A0" w14:textId="77777777">
      <w:pPr>
        <w:spacing w:after="0"/>
        <w:rPr>
          <w:lang w:val="nl-NL"/>
        </w:rPr>
      </w:pPr>
    </w:p>
    <w:tbl>
      <w:tblPr>
        <w:tblW w:w="0" w:type="auto"/>
        <w:tblLook w:val="04A0" w:firstRow="1" w:lastRow="0" w:firstColumn="1" w:lastColumn="0" w:noHBand="0" w:noVBand="1"/>
      </w:tblPr>
      <w:tblGrid>
        <w:gridCol w:w="10312"/>
      </w:tblGrid>
      <w:tr w:rsidRPr="005576A5" w:rsidR="00F52036" w:rsidTr="61272915" w14:paraId="623FDBE6" w14:textId="77777777">
        <w:tc>
          <w:tcPr>
            <w:tcW w:w="10312" w:type="dxa"/>
            <w:shd w:val="clear" w:color="auto" w:fill="EEF4F7"/>
            <w:tcMar>
              <w:top w:w="120" w:type="dxa"/>
              <w:left w:w="140" w:type="dxa"/>
              <w:bottom w:w="120" w:type="dxa"/>
              <w:right w:w="140" w:type="dxa"/>
            </w:tcMar>
          </w:tcPr>
          <w:p w:rsidRPr="005576A5" w:rsidR="00F52036" w:rsidRDefault="455F2548" w14:paraId="3EEB4196" w14:textId="7D79489A">
            <w:pPr>
              <w:rPr>
                <w:lang w:val="nl-NL"/>
              </w:rPr>
            </w:pPr>
            <w:r w:rsidRPr="61272915" w:rsidR="7B8A7073">
              <w:rPr>
                <w:b w:val="1"/>
                <w:bCs w:val="1"/>
                <w:color w:val="243B53"/>
                <w:lang w:val="nl-NL"/>
              </w:rPr>
              <w:t>Indienen</w:t>
            </w:r>
            <w:r>
              <w:br/>
            </w:r>
            <w:r w:rsidRPr="61272915" w:rsidR="7B8A7073">
              <w:rPr>
                <w:lang w:val="nl-NL"/>
              </w:rPr>
              <w:t xml:space="preserve">Stuur het ingevulde formulier naar </w:t>
            </w:r>
            <w:hyperlink r:id="R2e9cf8e9d1b74d3a">
              <w:r w:rsidRPr="61272915" w:rsidR="4E9AF9DC">
                <w:rPr>
                  <w:rStyle w:val="Hyperlink"/>
                  <w:lang w:val="nl-NL"/>
                </w:rPr>
                <w:t>directie.sa@skovv.nl</w:t>
              </w:r>
            </w:hyperlink>
            <w:r w:rsidRPr="61272915" w:rsidR="5B4B7725">
              <w:rPr>
                <w:lang w:val="nl-NL"/>
              </w:rPr>
              <w:t>, of l</w:t>
            </w:r>
            <w:r w:rsidRPr="61272915" w:rsidR="7B8A7073">
              <w:rPr>
                <w:lang w:val="nl-NL"/>
              </w:rPr>
              <w:t>ever het in bij de schoolleiding.</w:t>
            </w:r>
            <w:r>
              <w:br/>
            </w:r>
            <w:r w:rsidRPr="61272915" w:rsidR="7B8A7073">
              <w:rPr>
                <w:sz w:val="17"/>
                <w:szCs w:val="17"/>
                <w:lang w:val="nl-NL"/>
              </w:rPr>
              <w:t>St. Alexanderschool · Acacialaan 32a · 6721 CP Bennekom · 0318-430340</w:t>
            </w:r>
          </w:p>
        </w:tc>
      </w:tr>
    </w:tbl>
    <w:p w:rsidR="00F52036" w:rsidRDefault="003D1905" w14:paraId="46E4008A" w14:textId="77777777">
      <w:pPr>
        <w:pStyle w:val="SectionHead"/>
        <w:keepNext/>
      </w:pPr>
      <w:r w:rsidRPr="005576A5">
        <w:rPr>
          <w:lang w:val="nl-NL"/>
        </w:rPr>
        <w:t xml:space="preserve">  </w:t>
      </w:r>
      <w:r>
        <w:t>Informatie over bezwaar</w:t>
      </w:r>
    </w:p>
    <w:p w:rsidRPr="005576A5" w:rsidR="00F52036" w:rsidRDefault="003D1905" w14:paraId="33F57CE2" w14:textId="77777777">
      <w:pPr>
        <w:rPr>
          <w:lang w:val="nl-NL"/>
        </w:rPr>
      </w:pPr>
      <w:r w:rsidRPr="005576A5">
        <w:rPr>
          <w:lang w:val="nl-NL"/>
        </w:rPr>
        <w:t>Op grond van de Algemene wet bestuursrecht (Awb) kunt u binnen zes weken na dagtekening van het besluit een gemotiveerd bezwaarschrift indienen bij de directeur van de school. Vermeld daarin uw naam en adres, de datum, een omschrijving van het besluit en de gronden van uw bezwaar.</w:t>
      </w:r>
    </w:p>
    <w:p w:rsidRPr="005576A5" w:rsidR="00F52036" w:rsidRDefault="003D1905" w14:paraId="6BC4C044" w14:textId="77777777">
      <w:pPr>
        <w:pStyle w:val="SmallNote"/>
        <w:rPr>
          <w:lang w:val="nl-NL"/>
        </w:rPr>
      </w:pPr>
      <w:r w:rsidRPr="005576A5">
        <w:rPr>
          <w:lang w:val="nl-NL"/>
        </w:rPr>
        <w:t>Bij een aanvraag op grond van artikel 11 onder f moet een gewaarmerkte, niet-voorgedrukte werkgeversverklaring worden overlegd. Voor vragen over leerplicht kunt u contact opnemen met de leerplichtambtenaar van uw gemeente.</w:t>
      </w:r>
    </w:p>
    <w:sectPr w:rsidRPr="005576A5" w:rsidR="00F52036" w:rsidSect="00034616">
      <w:headerReference w:type="default" r:id="rId12"/>
      <w:footerReference w:type="default" r:id="rId13"/>
      <w:pgSz w:w="12240" w:h="15840" w:orient="portrait"/>
      <w:pgMar w:top="850" w:right="964" w:bottom="850"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D1905" w:rsidRDefault="003D1905" w14:paraId="31850132" w14:textId="77777777">
      <w:pPr>
        <w:spacing w:after="0" w:line="240" w:lineRule="auto"/>
      </w:pPr>
      <w:r>
        <w:separator/>
      </w:r>
    </w:p>
  </w:endnote>
  <w:endnote w:type="continuationSeparator" w:id="0">
    <w:p w:rsidR="003D1905" w:rsidRDefault="003D1905" w14:paraId="4805008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52036" w:rsidRDefault="003D1905" w14:paraId="6EE275A9" w14:textId="77777777">
    <w:pPr>
      <w:pStyle w:val="Voettekst"/>
      <w:jc w:val="center"/>
    </w:pPr>
    <w:r>
      <w:rPr>
        <w:color w:val="5B6770"/>
        <w:sz w:val="16"/>
      </w:rPr>
      <w:t>Aanvraag schoolverlof · versie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D1905" w:rsidRDefault="003D1905" w14:paraId="04A61E7D" w14:textId="77777777">
      <w:pPr>
        <w:spacing w:after="0" w:line="240" w:lineRule="auto"/>
      </w:pPr>
      <w:r>
        <w:separator/>
      </w:r>
    </w:p>
  </w:footnote>
  <w:footnote w:type="continuationSeparator" w:id="0">
    <w:p w:rsidR="003D1905" w:rsidRDefault="003D1905" w14:paraId="4DAF2C8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F52036" w:rsidRDefault="005576A5" w14:paraId="36E9E01F" w14:textId="77777777">
    <w:pPr>
      <w:pStyle w:val="Koptekst"/>
      <w:jc w:val="right"/>
    </w:pPr>
    <w:r>
      <w:rPr>
        <w:b/>
        <w:noProof/>
        <w:color w:val="2F6B8A"/>
        <w:sz w:val="17"/>
      </w:rPr>
      <w:drawing>
        <wp:anchor distT="0" distB="0" distL="114300" distR="114300" simplePos="0" relativeHeight="251658240" behindDoc="1" locked="0" layoutInCell="1" allowOverlap="1" wp14:anchorId="7731B754" wp14:editId="4952F881">
          <wp:simplePos x="0" y="0"/>
          <wp:positionH relativeFrom="column">
            <wp:posOffset>-2540</wp:posOffset>
          </wp:positionH>
          <wp:positionV relativeFrom="paragraph">
            <wp:posOffset>-247650</wp:posOffset>
          </wp:positionV>
          <wp:extent cx="714375" cy="714375"/>
          <wp:effectExtent l="0" t="0" r="9525" b="9525"/>
          <wp:wrapTight wrapText="bothSides">
            <wp:wrapPolygon edited="0">
              <wp:start x="0" y="0"/>
              <wp:lineTo x="0" y="21312"/>
              <wp:lineTo x="21312" y="21312"/>
              <wp:lineTo x="21312" y="0"/>
              <wp:lineTo x="0" y="0"/>
            </wp:wrapPolygon>
          </wp:wrapTight>
          <wp:docPr id="1275156065" name="Afbeelding 1" descr="Afbeelding met symbool,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156065" name="Afbeelding 1" descr="Afbeelding met symbool, ontwerp&#10;&#10;Automatisch gegenereerde beschrijving"/>
                  <pic:cNvPicPr/>
                </pic:nvPicPr>
                <pic:blipFill>
                  <a:blip r:embed="rId1"/>
                  <a:stretch>
                    <a:fillRect/>
                  </a:stretch>
                </pic:blipFill>
                <pic:spPr>
                  <a:xfrm>
                    <a:off x="0" y="0"/>
                    <a:ext cx="714375" cy="714375"/>
                  </a:xfrm>
                  <a:prstGeom prst="rect">
                    <a:avLst/>
                  </a:prstGeom>
                </pic:spPr>
              </pic:pic>
            </a:graphicData>
          </a:graphic>
          <wp14:sizeRelH relativeFrom="margin">
            <wp14:pctWidth>0</wp14:pctWidth>
          </wp14:sizeRelH>
          <wp14:sizeRelV relativeFrom="margin">
            <wp14:pctHeight>0</wp14:pctHeight>
          </wp14:sizeRelV>
        </wp:anchor>
      </w:drawing>
    </w:r>
    <w:r>
      <w:rPr>
        <w:b/>
        <w:color w:val="2F6B8A"/>
        <w:sz w:val="17"/>
      </w:rPr>
      <w:t>ST. ALEXANDERSCHOOL  |  BENNEKOM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hint="default" w:ascii="Symbol" w:hAnsi="Symbol"/>
      </w:rPr>
    </w:lvl>
  </w:abstractNum>
  <w:num w:numId="1" w16cid:durableId="822430742">
    <w:abstractNumId w:val="8"/>
  </w:num>
  <w:num w:numId="2" w16cid:durableId="1120034081">
    <w:abstractNumId w:val="6"/>
  </w:num>
  <w:num w:numId="3" w16cid:durableId="202400922">
    <w:abstractNumId w:val="5"/>
  </w:num>
  <w:num w:numId="4" w16cid:durableId="1228106534">
    <w:abstractNumId w:val="4"/>
  </w:num>
  <w:num w:numId="5" w16cid:durableId="1267539021">
    <w:abstractNumId w:val="7"/>
  </w:num>
  <w:num w:numId="6" w16cid:durableId="626274409">
    <w:abstractNumId w:val="3"/>
  </w:num>
  <w:num w:numId="7" w16cid:durableId="1861157810">
    <w:abstractNumId w:val="2"/>
  </w:num>
  <w:num w:numId="8" w16cid:durableId="1532497274">
    <w:abstractNumId w:val="1"/>
  </w:num>
  <w:num w:numId="9" w16cid:durableId="53839342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7697"/>
    <w:rsid w:val="000C2E88"/>
    <w:rsid w:val="0015074B"/>
    <w:rsid w:val="001C2D7C"/>
    <w:rsid w:val="0029639D"/>
    <w:rsid w:val="00304981"/>
    <w:rsid w:val="00326F90"/>
    <w:rsid w:val="003D1905"/>
    <w:rsid w:val="005576A5"/>
    <w:rsid w:val="00753BC9"/>
    <w:rsid w:val="00A20E4F"/>
    <w:rsid w:val="00AA1D8D"/>
    <w:rsid w:val="00B47730"/>
    <w:rsid w:val="00C5161D"/>
    <w:rsid w:val="00CB0664"/>
    <w:rsid w:val="00DF1E58"/>
    <w:rsid w:val="00E25EF3"/>
    <w:rsid w:val="00F2747B"/>
    <w:rsid w:val="00F52036"/>
    <w:rsid w:val="00F71F4D"/>
    <w:rsid w:val="00FC693F"/>
    <w:rsid w:val="0D5387A1"/>
    <w:rsid w:val="18D5B0F8"/>
    <w:rsid w:val="1DEBD7B1"/>
    <w:rsid w:val="455F2548"/>
    <w:rsid w:val="4E9AF9DC"/>
    <w:rsid w:val="5B4B7725"/>
    <w:rsid w:val="61272915"/>
    <w:rsid w:val="69B23D81"/>
    <w:rsid w:val="7B8A707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8E06DF1"/>
  <w14:defaultImageDpi w14:val="300"/>
  <w15:docId w15:val="{DD014774-B81D-4E5B-AA4E-570E5053516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FC693F"/>
    <w:pPr>
      <w:spacing w:after="60"/>
    </w:pPr>
    <w:rPr>
      <w:rFonts w:ascii="Aptos" w:hAnsi="Aptos"/>
      <w:sz w:val="19"/>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styleId="KoptekstChar" w:customStyle="1">
    <w:name w:val="Koptekst Char"/>
    <w:link w:val="Koptekst"/>
    <w:uiPriority w:val="99"/>
    <w:rsid w:val="69B23D81"/>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styleId="VoettekstChar" w:customStyle="1">
    <w:name w:val="Voettekst Char"/>
    <w:link w:val="Voettekst"/>
    <w:uiPriority w:val="99"/>
    <w:rsid w:val="69B23D81"/>
  </w:style>
  <w:style w:type="paragraph" w:styleId="Geenafstand">
    <w:name w:val="No Spacing"/>
    <w:uiPriority w:val="1"/>
    <w:qFormat/>
    <w:rsid w:val="00FC693F"/>
    <w:pPr>
      <w:spacing w:after="0" w:line="240" w:lineRule="auto"/>
    </w:pPr>
  </w:style>
  <w:style w:type="character" w:styleId="Kop1Char" w:customStyle="1">
    <w:name w:val="Kop 1 Char"/>
    <w:link w:val="Kop1"/>
    <w:uiPriority w:val="9"/>
    <w:rsid w:val="69B23D81"/>
    <w:rPr>
      <w:rFonts w:asciiTheme="majorHAnsi" w:hAnsiTheme="majorHAnsi" w:eastAsiaTheme="majorEastAsia" w:cstheme="majorBidi"/>
      <w:b/>
      <w:bCs/>
      <w:color w:val="365F91" w:themeColor="accent1" w:themeShade="BF"/>
      <w:sz w:val="28"/>
      <w:szCs w:val="28"/>
    </w:rPr>
  </w:style>
  <w:style w:type="character" w:styleId="Kop2Char" w:customStyle="1">
    <w:name w:val="Kop 2 Char"/>
    <w:link w:val="Kop2"/>
    <w:uiPriority w:val="9"/>
    <w:rsid w:val="69B23D81"/>
    <w:rPr>
      <w:rFonts w:asciiTheme="majorHAnsi" w:hAnsiTheme="majorHAnsi" w:eastAsiaTheme="majorEastAsia" w:cstheme="majorBidi"/>
      <w:b/>
      <w:bCs/>
      <w:color w:val="4F81BD" w:themeColor="accent1"/>
      <w:sz w:val="26"/>
      <w:szCs w:val="26"/>
    </w:rPr>
  </w:style>
  <w:style w:type="character" w:styleId="Kop3Char" w:customStyle="1">
    <w:name w:val="Kop 3 Char"/>
    <w:link w:val="Kop3"/>
    <w:uiPriority w:val="9"/>
    <w:rsid w:val="69B23D81"/>
    <w:rPr>
      <w:rFonts w:asciiTheme="majorHAnsi" w:hAnsiTheme="majorHAnsi" w:eastAsiaTheme="majorEastAsia" w:cstheme="majorBidi"/>
      <w:b/>
      <w:bCs/>
      <w:color w:val="4F81BD" w:themeColor="accent1"/>
    </w:rPr>
  </w:style>
  <w:style w:type="paragraph" w:styleId="Titel">
    <w:name w:val="Title"/>
    <w:basedOn w:val="Standaard"/>
    <w:next w:val="Standaard"/>
    <w:link w:val="Titel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elChar" w:customStyle="1">
    <w:name w:val="Titel Char"/>
    <w:link w:val="Titel"/>
    <w:uiPriority w:val="10"/>
    <w:rsid w:val="69B23D81"/>
    <w:rPr>
      <w:rFonts w:asciiTheme="majorHAnsi" w:hAnsiTheme="majorHAnsi" w:eastAsiaTheme="majorEastAsia" w:cstheme="majorBidi"/>
      <w:color w:val="17365D" w:themeColor="text2" w:themeShade="BF"/>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OndertitelChar" w:customStyle="1">
    <w:name w:val="Ondertitel Char"/>
    <w:link w:val="Ondertitel"/>
    <w:uiPriority w:val="11"/>
    <w:rsid w:val="69B23D81"/>
    <w:rPr>
      <w:rFonts w:asciiTheme="majorHAnsi" w:hAnsiTheme="majorHAnsi" w:eastAsiaTheme="majorEastAsia" w:cstheme="majorBidi"/>
      <w:i/>
      <w:iCs/>
      <w:color w:val="4F81BD" w:themeColor="accent1"/>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styleId="PlattetekstChar" w:customStyle="1">
    <w:name w:val="Platte tekst Char"/>
    <w:link w:val="Plattetekst"/>
    <w:uiPriority w:val="99"/>
    <w:rsid w:val="69B23D81"/>
  </w:style>
  <w:style w:type="paragraph" w:styleId="Plattetekst2">
    <w:name w:val="Body Text 2"/>
    <w:basedOn w:val="Standaard"/>
    <w:link w:val="Plattetekst2Char"/>
    <w:uiPriority w:val="99"/>
    <w:unhideWhenUsed/>
    <w:rsid w:val="00AA1D8D"/>
    <w:pPr>
      <w:spacing w:after="120" w:line="480" w:lineRule="auto"/>
    </w:pPr>
  </w:style>
  <w:style w:type="character" w:styleId="Plattetekst2Char" w:customStyle="1">
    <w:name w:val="Platte tekst 2 Char"/>
    <w:link w:val="Plattetekst2"/>
    <w:uiPriority w:val="99"/>
    <w:rsid w:val="69B23D81"/>
  </w:style>
  <w:style w:type="paragraph" w:styleId="Plattetekst3">
    <w:name w:val="Body Text 3"/>
    <w:basedOn w:val="Standaard"/>
    <w:link w:val="Plattetekst3Char"/>
    <w:uiPriority w:val="99"/>
    <w:unhideWhenUsed/>
    <w:rsid w:val="00AA1D8D"/>
    <w:pPr>
      <w:spacing w:after="120"/>
    </w:pPr>
    <w:rPr>
      <w:sz w:val="16"/>
      <w:szCs w:val="16"/>
    </w:rPr>
  </w:style>
  <w:style w:type="character" w:styleId="Plattetekst3Char" w:customStyle="1">
    <w:name w:val="Platte tekst 3 Char"/>
    <w:link w:val="Plattetekst3"/>
    <w:uiPriority w:val="99"/>
    <w:rsid w:val="69B23D81"/>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kstChar" w:customStyle="1">
    <w:name w:val="Macrotekst Char"/>
    <w:link w:val="Macrotekst"/>
    <w:uiPriority w:val="99"/>
    <w:rsid w:val="69B23D81"/>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styleId="CitaatChar" w:customStyle="1">
    <w:name w:val="Citaat Char"/>
    <w:link w:val="Citaat"/>
    <w:uiPriority w:val="29"/>
    <w:rsid w:val="69B23D81"/>
    <w:rPr>
      <w:i/>
      <w:iCs/>
      <w:color w:val="000000" w:themeColor="text1"/>
    </w:rPr>
  </w:style>
  <w:style w:type="character" w:styleId="Kop4Char" w:customStyle="1">
    <w:name w:val="Kop 4 Char"/>
    <w:link w:val="Kop4"/>
    <w:uiPriority w:val="9"/>
    <w:semiHidden/>
    <w:rsid w:val="69B23D81"/>
    <w:rPr>
      <w:rFonts w:asciiTheme="majorHAnsi" w:hAnsiTheme="majorHAnsi" w:eastAsiaTheme="majorEastAsia" w:cstheme="majorBidi"/>
      <w:b/>
      <w:bCs/>
      <w:i/>
      <w:iCs/>
      <w:color w:val="4F81BD" w:themeColor="accent1"/>
    </w:rPr>
  </w:style>
  <w:style w:type="character" w:styleId="Kop5Char" w:customStyle="1">
    <w:name w:val="Kop 5 Char"/>
    <w:link w:val="Kop5"/>
    <w:uiPriority w:val="9"/>
    <w:semiHidden/>
    <w:rsid w:val="69B23D81"/>
    <w:rPr>
      <w:rFonts w:asciiTheme="majorHAnsi" w:hAnsiTheme="majorHAnsi" w:eastAsiaTheme="majorEastAsia" w:cstheme="majorBidi"/>
      <w:color w:val="243F60"/>
    </w:rPr>
  </w:style>
  <w:style w:type="character" w:styleId="Kop6Char" w:customStyle="1">
    <w:name w:val="Kop 6 Char"/>
    <w:link w:val="Kop6"/>
    <w:uiPriority w:val="9"/>
    <w:semiHidden/>
    <w:rsid w:val="69B23D81"/>
    <w:rPr>
      <w:rFonts w:asciiTheme="majorHAnsi" w:hAnsiTheme="majorHAnsi" w:eastAsiaTheme="majorEastAsia" w:cstheme="majorBidi"/>
      <w:i/>
      <w:iCs/>
      <w:color w:val="243F60"/>
    </w:rPr>
  </w:style>
  <w:style w:type="character" w:styleId="Kop7Char" w:customStyle="1">
    <w:name w:val="Kop 7 Char"/>
    <w:link w:val="Kop7"/>
    <w:uiPriority w:val="9"/>
    <w:semiHidden/>
    <w:rsid w:val="69B23D81"/>
    <w:rPr>
      <w:rFonts w:asciiTheme="majorHAnsi" w:hAnsiTheme="majorHAnsi" w:eastAsiaTheme="majorEastAsia" w:cstheme="majorBidi"/>
      <w:i/>
      <w:iCs/>
      <w:color w:val="404040" w:themeColor="text1" w:themeTint="BF"/>
    </w:rPr>
  </w:style>
  <w:style w:type="character" w:styleId="Kop8Char" w:customStyle="1">
    <w:name w:val="Kop 8 Char"/>
    <w:link w:val="Kop8"/>
    <w:uiPriority w:val="9"/>
    <w:semiHidden/>
    <w:rsid w:val="69B23D81"/>
    <w:rPr>
      <w:rFonts w:asciiTheme="majorHAnsi" w:hAnsiTheme="majorHAnsi" w:eastAsiaTheme="majorEastAsia" w:cstheme="majorBidi"/>
      <w:color w:val="4F81BD" w:themeColor="accent1"/>
      <w:sz w:val="20"/>
      <w:szCs w:val="20"/>
    </w:rPr>
  </w:style>
  <w:style w:type="character" w:styleId="Kop9Char" w:customStyle="1">
    <w:name w:val="Kop 9 Char"/>
    <w:link w:val="Kop9"/>
    <w:uiPriority w:val="9"/>
    <w:semiHidden/>
    <w:rsid w:val="69B23D81"/>
    <w:rPr>
      <w:rFonts w:asciiTheme="majorHAnsi" w:hAnsiTheme="majorHAnsi" w:eastAsiaTheme="majorEastAsia"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uiPriority w:val="22"/>
    <w:qFormat/>
    <w:rsid w:val="69B23D81"/>
    <w:rPr>
      <w:b/>
      <w:bCs/>
    </w:rPr>
  </w:style>
  <w:style w:type="character" w:styleId="Nadruk">
    <w:name w:val="Emphasis"/>
    <w:uiPriority w:val="20"/>
    <w:qFormat/>
    <w:rsid w:val="69B23D81"/>
    <w:rPr>
      <w:i/>
      <w:iCs/>
    </w:rPr>
  </w:style>
  <w:style w:type="paragraph" w:styleId="Duidelijkcitaat">
    <w:name w:val="Intense Quote"/>
    <w:basedOn w:val="Standaard"/>
    <w:next w:val="Standaard"/>
    <w:link w:val="Duidelijkcitaat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DuidelijkcitaatChar" w:customStyle="1">
    <w:name w:val="Duidelijk citaat Char"/>
    <w:link w:val="Duidelijkcitaat"/>
    <w:uiPriority w:val="30"/>
    <w:rsid w:val="69B23D81"/>
    <w:rPr>
      <w:b/>
      <w:bCs/>
      <w:i/>
      <w:iCs/>
      <w:color w:val="4F81BD" w:themeColor="accent1"/>
    </w:rPr>
  </w:style>
  <w:style w:type="character" w:styleId="Subtielebenadrukking">
    <w:name w:val="Subtle Emphasis"/>
    <w:uiPriority w:val="19"/>
    <w:qFormat/>
    <w:rsid w:val="69B23D81"/>
    <w:rPr>
      <w:i/>
      <w:iCs/>
      <w:color w:val="808080" w:themeColor="background1" w:themeShade="80"/>
    </w:rPr>
  </w:style>
  <w:style w:type="character" w:styleId="Intensievebenadrukking">
    <w:name w:val="Intense Emphasis"/>
    <w:uiPriority w:val="21"/>
    <w:qFormat/>
    <w:rsid w:val="69B23D81"/>
    <w:rPr>
      <w:b/>
      <w:bCs/>
      <w:i/>
      <w:iCs/>
      <w:color w:val="4F81BD" w:themeColor="accent1"/>
    </w:rPr>
  </w:style>
  <w:style w:type="character" w:styleId="Subtieleverwijzing">
    <w:name w:val="Subtle Reference"/>
    <w:uiPriority w:val="31"/>
    <w:qFormat/>
    <w:rsid w:val="69B23D81"/>
    <w:rPr>
      <w:smallCaps/>
      <w:color w:val="C0504D" w:themeColor="accent2"/>
      <w:u w:val="single"/>
    </w:rPr>
  </w:style>
  <w:style w:type="character" w:styleId="Intensieveverwijzing">
    <w:name w:val="Intense Reference"/>
    <w:uiPriority w:val="32"/>
    <w:qFormat/>
    <w:rsid w:val="69B23D81"/>
    <w:rPr>
      <w:b/>
      <w:bCs/>
      <w:smallCaps/>
      <w:color w:val="C0504D" w:themeColor="accent2"/>
      <w:u w:val="single"/>
    </w:rPr>
  </w:style>
  <w:style w:type="character" w:styleId="Titelvanboek">
    <w:name w:val="Book Title"/>
    <w:uiPriority w:val="33"/>
    <w:qFormat/>
    <w:rsid w:val="69B23D81"/>
    <w:rPr>
      <w:b/>
      <w:bCs/>
      <w:smallCaps/>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FormTitle" w:customStyle="1">
    <w:name w:val="FormTitle"/>
    <w:pPr>
      <w:spacing w:before="100" w:after="80"/>
    </w:pPr>
    <w:rPr>
      <w:rFonts w:ascii="Aptos" w:hAnsi="Aptos"/>
      <w:b/>
      <w:color w:val="243B53"/>
      <w:sz w:val="36"/>
    </w:rPr>
  </w:style>
  <w:style w:type="paragraph" w:styleId="SectionHead" w:customStyle="1">
    <w:name w:val="SectionHead"/>
    <w:pPr>
      <w:spacing w:before="100" w:after="80"/>
    </w:pPr>
    <w:rPr>
      <w:rFonts w:ascii="Aptos" w:hAnsi="Aptos"/>
      <w:b/>
      <w:color w:val="243B53"/>
      <w:sz w:val="23"/>
    </w:rPr>
  </w:style>
  <w:style w:type="paragraph" w:styleId="SmallNote" w:customStyle="1">
    <w:name w:val="SmallNote"/>
    <w:pPr>
      <w:spacing w:before="100" w:after="80"/>
    </w:pPr>
    <w:rPr>
      <w:rFonts w:ascii="Aptos" w:hAnsi="Aptos"/>
      <w:color w:val="5B6770"/>
      <w:sz w:val="17"/>
    </w:rPr>
  </w:style>
  <w:style w:type="character" w:styleId="Hyperlink">
    <w:name w:val="Hyperlink"/>
    <w:uiPriority w:val="99"/>
    <w:unhideWhenUsed/>
    <w:rsid w:val="69B23D8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hyperlink" Target="mailto:directie.sa@skovv.nl" TargetMode="External" Id="R2e9cf8e9d1b74d3a"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itle0 xmlns="c66a1157-798c-4bfd-b596-b219c476505c" xsi:nil="true"/>
    <lcf76f155ced4ddcb4097134ff3c332f xmlns="c66a1157-798c-4bfd-b596-b219c476505c">
      <Terms xmlns="http://schemas.microsoft.com/office/infopath/2007/PartnerControls"/>
    </lcf76f155ced4ddcb4097134ff3c332f>
    <_Flow_SignoffStatus xmlns="c66a1157-798c-4bfd-b596-b219c476505c" xsi:nil="true"/>
    <TaxCatchAll xmlns="ccfa0659-8e56-4e23-8f98-a64eb00ab33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D8D9D51ED1DF94BA478FF20B806DC88" ma:contentTypeVersion="20" ma:contentTypeDescription="Een nieuw document maken." ma:contentTypeScope="" ma:versionID="5deeac42c87088f8e06c47859862e749">
  <xsd:schema xmlns:xsd="http://www.w3.org/2001/XMLSchema" xmlns:xs="http://www.w3.org/2001/XMLSchema" xmlns:p="http://schemas.microsoft.com/office/2006/metadata/properties" xmlns:ns2="c66a1157-798c-4bfd-b596-b219c476505c" xmlns:ns3="ccfa0659-8e56-4e23-8f98-a64eb00ab337" targetNamespace="http://schemas.microsoft.com/office/2006/metadata/properties" ma:root="true" ma:fieldsID="ba8c1104af361757e7433704e38a5771" ns2:_="" ns3:_="">
    <xsd:import namespace="c66a1157-798c-4bfd-b596-b219c476505c"/>
    <xsd:import namespace="ccfa0659-8e56-4e23-8f98-a64eb00ab337"/>
    <xsd:element name="properties">
      <xsd:complexType>
        <xsd:sequence>
          <xsd:element name="documentManagement">
            <xsd:complexType>
              <xsd:all>
                <xsd:element ref="ns2:Title0" minOccurs="0"/>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_Flow_SignoffStatus" minOccurs="0"/>
                <xsd:element ref="ns2:MediaServiceObjectDetectorVersions" minOccurs="0"/>
                <xsd:element ref="ns2:MediaServiceSearchProperties" minOccurs="0"/>
                <xsd:element ref="ns2:lcf76f155ced4ddcb4097134ff3c332f" minOccurs="0"/>
                <xsd:element ref="ns3:TaxCatchAll"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6a1157-798c-4bfd-b596-b219c476505c" elementFormDefault="qualified">
    <xsd:import namespace="http://schemas.microsoft.com/office/2006/documentManagement/types"/>
    <xsd:import namespace="http://schemas.microsoft.com/office/infopath/2007/PartnerControls"/>
    <xsd:element name="Title0" ma:index="8" nillable="true" ma:displayName="Title" ma:description="" ma:internalName="Title0">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Flow_SignoffStatus" ma:index="20" nillable="true" ma:displayName="Afmeldingsstatus" ma:internalName="Afmeldingsstatus">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Afbeeldingtags" ma:readOnly="false" ma:fieldId="{5cf76f15-5ced-4ddc-b409-7134ff3c332f}" ma:taxonomyMulti="true" ma:sspId="2fca9ed8-91ab-41e1-bfc5-ca1b17859bb9" ma:termSetId="09814cd3-568e-fe90-9814-8d621ff8fb84" ma:anchorId="fba54fb3-c3e1-fe81-a776-ca4b69148c4d" ma:open="true" ma:isKeyword="false">
      <xsd:complexType>
        <xsd:sequence>
          <xsd:element ref="pc:Terms" minOccurs="0" maxOccurs="1"/>
        </xsd:sequence>
      </xsd:complexType>
    </xsd:element>
    <xsd:element name="MediaLengthInSeconds" ma:index="26" nillable="true" ma:displayName="MediaLengthInSeconds" ma:hidden="true" ma:internalName="MediaLengthInSeconds" ma:readOnly="true">
      <xsd:simpleType>
        <xsd:restriction base="dms:Unknow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fa0659-8e56-4e23-8f98-a64eb00ab337"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25" nillable="true" ma:displayName="Taxonomy Catch All Column" ma:hidden="true" ma:list="{d585324c-b383-40be-862b-c50cc1fa57d1}" ma:internalName="TaxCatchAll" ma:showField="CatchAllData" ma:web="ccfa0659-8e56-4e23-8f98-a64eb00ab3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5E43A4-73ED-4493-952C-2334C6C3CEF3}">
  <ds:schemaRefs>
    <ds:schemaRef ds:uri="http://schemas.microsoft.com/office/2006/metadata/properties"/>
    <ds:schemaRef ds:uri="http://schemas.microsoft.com/office/infopath/2007/PartnerControls"/>
    <ds:schemaRef ds:uri="c66a1157-798c-4bfd-b596-b219c476505c"/>
    <ds:schemaRef ds:uri="ccfa0659-8e56-4e23-8f98-a64eb00ab337"/>
  </ds:schemaRefs>
</ds:datastoreItem>
</file>

<file path=customXml/itemProps2.xml><?xml version="1.0" encoding="utf-8"?>
<ds:datastoreItem xmlns:ds="http://schemas.openxmlformats.org/officeDocument/2006/customXml" ds:itemID="{9B206D96-EE02-40A9-8244-596D43E80ABB}">
  <ds:schemaRefs>
    <ds:schemaRef ds:uri="http://schemas.microsoft.com/sharepoint/v3/contenttype/forms"/>
  </ds:schemaRefs>
</ds:datastoreItem>
</file>

<file path=customXml/itemProps3.xml><?xml version="1.0" encoding="utf-8"?>
<ds:datastoreItem xmlns:ds="http://schemas.openxmlformats.org/officeDocument/2006/customXml" ds:itemID="{0E86E693-AEBB-4674-BA60-AB8DB02253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6a1157-798c-4bfd-b596-b219c476505c"/>
    <ds:schemaRef ds:uri="ccfa0659-8e56-4e23-8f98-a64eb00ab3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Aanvraag schoolverlof 2026</dc:title>
  <dc:subject>Formulier voor digitaal en geprint gebruik</dc:subject>
  <dc:creator>St. Alexanderschool</dc:creator>
  <keywords/>
  <dc:description>generated by python-docx</dc:description>
  <lastModifiedBy>Directie Sint Alexanderschool</lastModifiedBy>
  <revision>6</revision>
  <lastPrinted>2026-09-17T09:39:00.0000000Z</lastPrinted>
  <dcterms:created xsi:type="dcterms:W3CDTF">2026-09-18T09:18:00.0000000Z</dcterms:created>
  <dcterms:modified xsi:type="dcterms:W3CDTF">2026-09-18T09:18:51.8832338Z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0x0101008D8D9D51ED1DF94BA478FF20B806DC88</vt:lpwstr>
  </property>
  <property fmtid="{D5CDD505-2E9C-101B-9397-08002B2CF9AE}" pid="3" name="MediaServiceImageTags">
    <vt:lpwstr/>
  </property>
</Properties>
</file>